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3581"/>
        <w:gridCol w:w="3581"/>
      </w:tblGrid>
      <w:tr w:rsidR="00C37F71" w14:paraId="2A8F367F" w14:textId="77777777">
        <w:trPr>
          <w:jc w:val="center"/>
        </w:trPr>
        <w:tc>
          <w:tcPr>
            <w:tcW w:w="35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F152C" w14:textId="77777777" w:rsidR="00C37F71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0DE2B0FC" wp14:editId="4DB50B2C">
                  <wp:extent cx="1894840" cy="10140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ld Nutrition Logo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419" cy="101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BF706" w14:textId="77777777" w:rsidR="00C37F71" w:rsidRDefault="00000000">
            <w:pPr>
              <w:spacing w:after="20" w:line="240" w:lineRule="auto"/>
              <w:jc w:val="center"/>
            </w:pPr>
            <w:r>
              <w:rPr>
                <w:rFonts w:eastAsia="Arial" w:cs="Arial"/>
                <w:b/>
                <w:color w:val="000000"/>
                <w:sz w:val="28"/>
              </w:rPr>
              <w:t>Medical Statement</w:t>
            </w:r>
            <w:r>
              <w:rPr>
                <w:rFonts w:eastAsia="Arial" w:cs="Arial"/>
                <w:b/>
                <w:color w:val="000000"/>
                <w:sz w:val="28"/>
              </w:rPr>
              <w:br/>
              <w:t>for Meal Accommodations</w:t>
            </w:r>
          </w:p>
          <w:p w14:paraId="12308A4F" w14:textId="77777777" w:rsidR="00C37F71" w:rsidRDefault="00000000">
            <w:pPr>
              <w:spacing w:after="0" w:line="240" w:lineRule="auto"/>
              <w:jc w:val="center"/>
            </w:pPr>
            <w:r>
              <w:rPr>
                <w:rFonts w:eastAsia="Arial" w:cs="Arial"/>
                <w:b/>
                <w:color w:val="666666"/>
              </w:rPr>
              <w:t>2026-2027 School Year</w:t>
            </w:r>
          </w:p>
        </w:tc>
        <w:tc>
          <w:tcPr>
            <w:tcW w:w="35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6A61A" w14:textId="0E20A9F1" w:rsidR="00C37F71" w:rsidRDefault="00C37F71" w:rsidP="00325CD6">
            <w:pPr>
              <w:spacing w:line="240" w:lineRule="auto"/>
              <w:jc w:val="right"/>
            </w:pPr>
          </w:p>
        </w:tc>
      </w:tr>
    </w:tbl>
    <w:p w14:paraId="532A7423" w14:textId="77777777" w:rsidR="00C37F71" w:rsidRDefault="00000000">
      <w:pPr>
        <w:spacing w:after="60" w:line="228" w:lineRule="auto"/>
      </w:pPr>
      <w:r>
        <w:rPr>
          <w:rFonts w:eastAsia="Arial" w:cs="Arial"/>
          <w:b/>
          <w:color w:val="000000"/>
        </w:rPr>
        <w:t xml:space="preserve">Important: </w:t>
      </w:r>
      <w:r>
        <w:rPr>
          <w:rFonts w:eastAsia="Arial" w:cs="Arial"/>
          <w:color w:val="000000"/>
        </w:rPr>
        <w:t>This form must be completed and signed by a licensed medical authority. This statement remains in effect until the parent/guardian or licensed medical authority requests a change. Changes to medically prescribed accommodations must be authorized by a licensed medical authority.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71"/>
        <w:gridCol w:w="5371"/>
      </w:tblGrid>
      <w:tr w:rsidR="00C37F71" w14:paraId="50BF3F70" w14:textId="77777777">
        <w:trPr>
          <w:jc w:val="center"/>
        </w:trPr>
        <w:tc>
          <w:tcPr>
            <w:tcW w:w="10742" w:type="dxa"/>
            <w:gridSpan w:val="2"/>
            <w:shd w:val="clear" w:color="auto" w:fill="E6E6E6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EB63FEE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20"/>
              </w:rPr>
              <w:t>STUDENT INFORMATION</w:t>
            </w:r>
            <w:r>
              <w:rPr>
                <w:rFonts w:eastAsia="Arial" w:cs="Arial"/>
                <w:color w:val="000000"/>
              </w:rPr>
              <w:t xml:space="preserve">  |  Parent or guardian completes</w:t>
            </w:r>
          </w:p>
        </w:tc>
      </w:tr>
      <w:tr w:rsidR="00C37F71" w14:paraId="7D3E190F" w14:textId="77777777">
        <w:tblPrEx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53F18B72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Student Name</w:t>
            </w:r>
          </w:p>
          <w:p w14:paraId="747F737F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587EBC3B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Date of Birth</w:t>
            </w:r>
          </w:p>
          <w:p w14:paraId="11080F42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  <w:tr w:rsidR="00C37F71" w14:paraId="1782195B" w14:textId="77777777">
        <w:tblPrEx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52545C98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School</w:t>
            </w:r>
          </w:p>
          <w:p w14:paraId="09710EB6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514E0746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Parent/Guardian Phone Number</w:t>
            </w:r>
          </w:p>
          <w:p w14:paraId="3979FA3F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  <w:tr w:rsidR="00C37F71" w14:paraId="0897CFD6" w14:textId="77777777">
        <w:trPr>
          <w:jc w:val="center"/>
        </w:trPr>
        <w:tc>
          <w:tcPr>
            <w:tcW w:w="10742" w:type="dxa"/>
            <w:gridSpan w:val="2"/>
            <w:shd w:val="clear" w:color="auto" w:fill="E6E6E6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7513830F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20"/>
              </w:rPr>
              <w:t>MEDICAL INFORMATION</w:t>
            </w:r>
            <w:r>
              <w:rPr>
                <w:rFonts w:eastAsia="Arial" w:cs="Arial"/>
                <w:color w:val="000000"/>
              </w:rPr>
              <w:t xml:space="preserve">  |  Licensed medical authority completes</w:t>
            </w:r>
          </w:p>
        </w:tc>
      </w:tr>
      <w:tr w:rsidR="00C37F71" w14:paraId="22AEFBDA" w14:textId="77777777">
        <w:tblPrEx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10742" w:type="dxa"/>
            <w:gridSpan w:val="2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430D021C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7"/>
              </w:rPr>
              <w:t>Describe the student's medical condition, disability, or food allergy and how it affects the student's diet or ability to eat or drink</w:t>
            </w:r>
          </w:p>
          <w:p w14:paraId="6516BCF1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345B6269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30DB2F76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63B8891F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39716080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4D8FDA1A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  <w:tr w:rsidR="00C37F71" w14:paraId="7E31ACD3" w14:textId="77777777">
        <w:tblPrEx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10742" w:type="dxa"/>
            <w:gridSpan w:val="2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2E009CF5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7"/>
              </w:rPr>
              <w:t>Describe the required meal accommodation, including any texture changes, portion requirements, feeding assistance, or other instructions</w:t>
            </w:r>
          </w:p>
          <w:p w14:paraId="689236C6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4C4C269E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20724953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5B73CB65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044EBE28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  <w:p w14:paraId="5BE1BD8D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  <w:tr w:rsidR="00C37F71" w14:paraId="2F0C92B8" w14:textId="77777777">
        <w:trPr>
          <w:jc w:val="center"/>
        </w:trPr>
        <w:tc>
          <w:tcPr>
            <w:tcW w:w="10742" w:type="dxa"/>
            <w:gridSpan w:val="2"/>
            <w:shd w:val="clear" w:color="auto" w:fill="E6E6E6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52C01C5A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20"/>
              </w:rPr>
              <w:t>FOOD SUBSTITUTIONS AND SAFETY INSTRUCTIONS</w:t>
            </w:r>
          </w:p>
        </w:tc>
      </w:tr>
      <w:tr w:rsidR="00C37F71" w14:paraId="52B57C13" w14:textId="77777777">
        <w:tblPrEx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</w:tcPr>
          <w:p w14:paraId="10657783" w14:textId="77777777" w:rsidR="00C37F71" w:rsidRDefault="00000000">
            <w:pPr>
              <w:spacing w:after="0" w:line="240" w:lineRule="auto"/>
              <w:jc w:val="center"/>
            </w:pPr>
            <w:r>
              <w:rPr>
                <w:rFonts w:eastAsia="Arial" w:cs="Arial"/>
                <w:b/>
                <w:color w:val="000000"/>
                <w:sz w:val="19"/>
              </w:rPr>
              <w:t>FOOD ALLERGENS OR FOODS TO OMIT</w:t>
            </w:r>
          </w:p>
        </w:tc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</w:tcPr>
          <w:p w14:paraId="1FA687D3" w14:textId="77777777" w:rsidR="00C37F71" w:rsidRDefault="00000000">
            <w:pPr>
              <w:spacing w:after="0" w:line="240" w:lineRule="auto"/>
              <w:jc w:val="center"/>
            </w:pPr>
            <w:r>
              <w:rPr>
                <w:rFonts w:eastAsia="Arial" w:cs="Arial"/>
                <w:b/>
                <w:color w:val="000000"/>
                <w:sz w:val="19"/>
              </w:rPr>
              <w:t>REQUIRED FOOD SUBSTITUTIONS</w:t>
            </w:r>
          </w:p>
        </w:tc>
      </w:tr>
      <w:tr w:rsidR="00C37F71" w14:paraId="1A0F58EB" w14:textId="77777777">
        <w:tblPrEx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</w:tcPr>
          <w:p w14:paraId="1765B740" w14:textId="77777777" w:rsidR="00C37F71" w:rsidRDefault="00C37F71">
            <w:pPr>
              <w:spacing w:after="0" w:line="240" w:lineRule="auto"/>
            </w:pPr>
          </w:p>
          <w:p w14:paraId="3433DDA1" w14:textId="77777777" w:rsidR="00C37F71" w:rsidRDefault="00000000">
            <w:pPr>
              <w:spacing w:after="110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</w:tcPr>
          <w:p w14:paraId="44CA38FD" w14:textId="77777777" w:rsidR="00C37F71" w:rsidRDefault="00C37F71">
            <w:pPr>
              <w:spacing w:after="0" w:line="240" w:lineRule="auto"/>
            </w:pPr>
          </w:p>
          <w:p w14:paraId="1CF91109" w14:textId="77777777" w:rsidR="00C37F71" w:rsidRDefault="00000000">
            <w:pPr>
              <w:spacing w:after="110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  <w:tr w:rsidR="00C37F71" w14:paraId="10DB67E9" w14:textId="77777777">
        <w:tblPrEx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</w:tcPr>
          <w:p w14:paraId="59D2F042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7"/>
              </w:rPr>
              <w:t>Risk of anaphylaxis?   ☐ Yes   ☐ No</w:t>
            </w:r>
            <w:r>
              <w:rPr>
                <w:rFonts w:eastAsia="Arial" w:cs="Arial"/>
                <w:b/>
                <w:color w:val="000000"/>
                <w:sz w:val="17"/>
              </w:rPr>
              <w:br/>
              <w:t>Epinephrine prescribed?   ☐ Yes   ☐ No</w:t>
            </w:r>
          </w:p>
          <w:p w14:paraId="0C57F95C" w14:textId="77777777" w:rsidR="00C37F71" w:rsidRDefault="00000000">
            <w:pPr>
              <w:spacing w:after="48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</w:tcPr>
          <w:p w14:paraId="2605E8AF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7"/>
              </w:rPr>
              <w:t>Special Preparation, Equipment, or Feeding Instructions</w:t>
            </w:r>
          </w:p>
          <w:p w14:paraId="4BBC4622" w14:textId="77777777" w:rsidR="00C37F71" w:rsidRDefault="00000000">
            <w:pPr>
              <w:spacing w:after="68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  <w:tr w:rsidR="00C37F71" w14:paraId="1FFADB16" w14:textId="77777777">
        <w:trPr>
          <w:jc w:val="center"/>
        </w:trPr>
        <w:tc>
          <w:tcPr>
            <w:tcW w:w="10742" w:type="dxa"/>
            <w:gridSpan w:val="2"/>
            <w:shd w:val="clear" w:color="auto" w:fill="E6E6E6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4C2E1C27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20"/>
              </w:rPr>
              <w:t>LICENSED MEDICAL AUTHORITY CERTIFICATION</w:t>
            </w:r>
          </w:p>
        </w:tc>
      </w:tr>
    </w:tbl>
    <w:p w14:paraId="75B3A970" w14:textId="77777777" w:rsidR="00C37F71" w:rsidRDefault="00000000">
      <w:pPr>
        <w:spacing w:before="60" w:after="80" w:line="252" w:lineRule="auto"/>
      </w:pPr>
      <w:r>
        <w:rPr>
          <w:rFonts w:eastAsia="Arial" w:cs="Arial"/>
          <w:color w:val="000000"/>
        </w:rPr>
        <w:t>I certify that the information provided is accurate and that the requested meal accommodation is medically necessary.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371"/>
      </w:tblGrid>
      <w:tr w:rsidR="00C37F71" w14:paraId="552DB0D2" w14:textId="77777777">
        <w:trPr>
          <w:jc w:val="center"/>
        </w:trPr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087834B6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Printed Name and Credentials</w:t>
            </w:r>
          </w:p>
          <w:p w14:paraId="068AE9E3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1A3B4CAF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Phone Number</w:t>
            </w:r>
          </w:p>
          <w:p w14:paraId="6FF99749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  <w:tr w:rsidR="00C37F71" w14:paraId="43B677BC" w14:textId="77777777">
        <w:trPr>
          <w:jc w:val="center"/>
        </w:trPr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54E5584E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Clinic or Practice Name</w:t>
            </w:r>
          </w:p>
          <w:p w14:paraId="7D799760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  <w:tc>
          <w:tcPr>
            <w:tcW w:w="5371" w:type="dxa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3CB1456C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Date</w:t>
            </w:r>
          </w:p>
          <w:p w14:paraId="77C10A56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  <w:tr w:rsidR="00C37F71" w14:paraId="7BB763A9" w14:textId="77777777" w:rsidTr="00325CD6">
        <w:trPr>
          <w:trHeight w:val="642"/>
          <w:jc w:val="center"/>
        </w:trPr>
        <w:tc>
          <w:tcPr>
            <w:tcW w:w="10742" w:type="dxa"/>
            <w:gridSpan w:val="2"/>
            <w:tcMar>
              <w:top w:w="50" w:type="dxa"/>
              <w:left w:w="95" w:type="dxa"/>
              <w:bottom w:w="50" w:type="dxa"/>
              <w:right w:w="95" w:type="dxa"/>
            </w:tcMar>
            <w:vAlign w:val="center"/>
          </w:tcPr>
          <w:p w14:paraId="4A1C2FC1" w14:textId="77777777" w:rsidR="00C37F71" w:rsidRDefault="00000000">
            <w:pPr>
              <w:spacing w:after="0" w:line="240" w:lineRule="auto"/>
            </w:pPr>
            <w:r>
              <w:rPr>
                <w:rFonts w:eastAsia="Arial" w:cs="Arial"/>
                <w:b/>
                <w:color w:val="000000"/>
                <w:sz w:val="19"/>
              </w:rPr>
              <w:t>Signature of Medical Authority</w:t>
            </w:r>
          </w:p>
          <w:p w14:paraId="3A6791B9" w14:textId="4852A2A6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 </w:t>
            </w:r>
          </w:p>
          <w:p w14:paraId="324E2A3E" w14:textId="77777777" w:rsidR="00C37F71" w:rsidRDefault="00000000">
            <w:pPr>
              <w:spacing w:before="20" w:after="20" w:line="240" w:lineRule="auto"/>
            </w:pPr>
            <w:r>
              <w:rPr>
                <w:rFonts w:eastAsia="Arial" w:cs="Arial"/>
                <w:color w:val="000000"/>
                <w:sz w:val="17"/>
              </w:rPr>
              <w:t xml:space="preserve"> </w:t>
            </w:r>
          </w:p>
        </w:tc>
      </w:tr>
    </w:tbl>
    <w:p w14:paraId="4577541D" w14:textId="77777777" w:rsidR="00C37F71" w:rsidRDefault="00000000">
      <w:pPr>
        <w:spacing w:before="40" w:after="0" w:line="240" w:lineRule="auto"/>
        <w:jc w:val="center"/>
      </w:pPr>
      <w:r>
        <w:rPr>
          <w:rFonts w:eastAsia="Arial" w:cs="Arial"/>
          <w:b/>
          <w:color w:val="000000"/>
          <w:sz w:val="16"/>
        </w:rPr>
        <w:t>RETURN COMPLETED FORM TO THE SCHOOL NURSE</w:t>
      </w:r>
    </w:p>
    <w:sectPr w:rsidR="00C37F71" w:rsidSect="00034616">
      <w:footerReference w:type="default" r:id="rId9"/>
      <w:pgSz w:w="12240" w:h="15840"/>
      <w:pgMar w:top="403" w:right="749" w:bottom="403" w:left="7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96C73" w14:textId="77777777" w:rsidR="005A742D" w:rsidRDefault="005A742D">
      <w:pPr>
        <w:spacing w:after="0" w:line="240" w:lineRule="auto"/>
      </w:pPr>
      <w:r>
        <w:separator/>
      </w:r>
    </w:p>
  </w:endnote>
  <w:endnote w:type="continuationSeparator" w:id="0">
    <w:p w14:paraId="22FA2A43" w14:textId="77777777" w:rsidR="005A742D" w:rsidRDefault="005A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675F" w14:textId="77777777" w:rsidR="00C37F71" w:rsidRPr="00325CD6" w:rsidRDefault="00000000">
    <w:pPr>
      <w:pStyle w:val="Footer"/>
      <w:jc w:val="center"/>
      <w:rPr>
        <w:sz w:val="16"/>
        <w:szCs w:val="16"/>
      </w:rPr>
    </w:pPr>
    <w:r w:rsidRPr="00325CD6">
      <w:rPr>
        <w:rFonts w:eastAsia="Arial" w:cs="Arial"/>
        <w:b/>
        <w:color w:val="666666"/>
        <w:sz w:val="16"/>
        <w:szCs w:val="16"/>
      </w:rPr>
      <w:t xml:space="preserve">AMITE COUNTY SCHOOL </w:t>
    </w:r>
    <w:proofErr w:type="gramStart"/>
    <w:r w:rsidRPr="00325CD6">
      <w:rPr>
        <w:rFonts w:eastAsia="Arial" w:cs="Arial"/>
        <w:b/>
        <w:color w:val="666666"/>
        <w:sz w:val="16"/>
        <w:szCs w:val="16"/>
      </w:rPr>
      <w:t>DISTRICT  |</w:t>
    </w:r>
    <w:proofErr w:type="gramEnd"/>
    <w:r w:rsidRPr="00325CD6">
      <w:rPr>
        <w:rFonts w:eastAsia="Arial" w:cs="Arial"/>
        <w:b/>
        <w:color w:val="666666"/>
        <w:sz w:val="16"/>
        <w:szCs w:val="16"/>
      </w:rPr>
      <w:t xml:space="preserve">  CHILD NUTRITION</w:t>
    </w:r>
  </w:p>
  <w:p w14:paraId="4E9D925C" w14:textId="77777777" w:rsidR="00C37F71" w:rsidRPr="00325CD6" w:rsidRDefault="00000000">
    <w:pPr>
      <w:spacing w:before="20" w:after="0" w:line="240" w:lineRule="auto"/>
      <w:jc w:val="center"/>
      <w:rPr>
        <w:sz w:val="16"/>
        <w:szCs w:val="16"/>
      </w:rPr>
    </w:pPr>
    <w:r w:rsidRPr="00325CD6">
      <w:rPr>
        <w:rFonts w:eastAsia="Arial" w:cs="Arial"/>
        <w:color w:val="666666"/>
        <w:sz w:val="16"/>
        <w:szCs w:val="16"/>
      </w:rPr>
      <w:t>Phone: 601-657-</w:t>
    </w:r>
    <w:proofErr w:type="gramStart"/>
    <w:r w:rsidRPr="00325CD6">
      <w:rPr>
        <w:rFonts w:eastAsia="Arial" w:cs="Arial"/>
        <w:color w:val="666666"/>
        <w:sz w:val="16"/>
        <w:szCs w:val="16"/>
      </w:rPr>
      <w:t>4291  |</w:t>
    </w:r>
    <w:proofErr w:type="gramEnd"/>
    <w:r w:rsidRPr="00325CD6">
      <w:rPr>
        <w:rFonts w:eastAsia="Arial" w:cs="Arial"/>
        <w:color w:val="666666"/>
        <w:sz w:val="16"/>
        <w:szCs w:val="16"/>
      </w:rPr>
      <w:t xml:space="preserve">  Fax: 601-657-4291</w:t>
    </w:r>
  </w:p>
  <w:p w14:paraId="0E04AE2A" w14:textId="77777777" w:rsidR="00C37F71" w:rsidRPr="00325CD6" w:rsidRDefault="00000000">
    <w:pPr>
      <w:spacing w:before="20" w:after="0" w:line="240" w:lineRule="auto"/>
      <w:jc w:val="center"/>
      <w:rPr>
        <w:sz w:val="16"/>
        <w:szCs w:val="16"/>
      </w:rPr>
    </w:pPr>
    <w:r w:rsidRPr="00325CD6">
      <w:rPr>
        <w:rFonts w:eastAsia="Arial" w:cs="Arial"/>
        <w:color w:val="666666"/>
        <w:sz w:val="16"/>
        <w:szCs w:val="16"/>
      </w:rPr>
      <w:t>This institution is an equal opportunity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93BCE" w14:textId="77777777" w:rsidR="005A742D" w:rsidRDefault="005A742D">
      <w:pPr>
        <w:spacing w:after="0" w:line="240" w:lineRule="auto"/>
      </w:pPr>
      <w:r>
        <w:separator/>
      </w:r>
    </w:p>
  </w:footnote>
  <w:footnote w:type="continuationSeparator" w:id="0">
    <w:p w14:paraId="233F9389" w14:textId="77777777" w:rsidR="005A742D" w:rsidRDefault="005A74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6672364">
    <w:abstractNumId w:val="8"/>
  </w:num>
  <w:num w:numId="2" w16cid:durableId="645162558">
    <w:abstractNumId w:val="6"/>
  </w:num>
  <w:num w:numId="3" w16cid:durableId="1590850101">
    <w:abstractNumId w:val="5"/>
  </w:num>
  <w:num w:numId="4" w16cid:durableId="629435901">
    <w:abstractNumId w:val="4"/>
  </w:num>
  <w:num w:numId="5" w16cid:durableId="1005132487">
    <w:abstractNumId w:val="7"/>
  </w:num>
  <w:num w:numId="6" w16cid:durableId="1979609854">
    <w:abstractNumId w:val="3"/>
  </w:num>
  <w:num w:numId="7" w16cid:durableId="976180964">
    <w:abstractNumId w:val="2"/>
  </w:num>
  <w:num w:numId="8" w16cid:durableId="909660945">
    <w:abstractNumId w:val="1"/>
  </w:num>
  <w:num w:numId="9" w16cid:durableId="2001956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CDC"/>
    <w:rsid w:val="0015074B"/>
    <w:rsid w:val="001C35FC"/>
    <w:rsid w:val="0029639D"/>
    <w:rsid w:val="00325CD6"/>
    <w:rsid w:val="00326F90"/>
    <w:rsid w:val="005A742D"/>
    <w:rsid w:val="00AA1D8D"/>
    <w:rsid w:val="00B47730"/>
    <w:rsid w:val="00C37F7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D665A5"/>
  <w14:defaultImageDpi w14:val="300"/>
  <w15:docId w15:val="{60DE258F-FE31-4A07-9087-2E435207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Tara Reed</cp:lastModifiedBy>
  <cp:revision>3</cp:revision>
  <cp:lastPrinted>2026-09-17T18:33:00Z</cp:lastPrinted>
  <dcterms:created xsi:type="dcterms:W3CDTF">2026-09-17T18:38:00Z</dcterms:created>
  <dcterms:modified xsi:type="dcterms:W3CDTF">2026-09-17T18:38:00Z</dcterms:modified>
  <cp:category/>
</cp:coreProperties>
</file>