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20"/>
        <w:jc w:val="center"/>
      </w:pPr>
      <w:r>
        <w:rPr>
          <w:b/>
          <w:sz w:val="26"/>
        </w:rPr>
        <w:t>HOME SCHOOL STUDENT ATTENDANCE CALENDAR</w:t>
      </w:r>
    </w:p>
    <w:p>
      <w:pPr>
        <w:spacing w:after="0" w:line="240" w:lineRule="auto"/>
        <w:jc w:val="left"/>
      </w:pPr>
      <w:r>
        <w:rPr>
          <w:sz w:val="20"/>
        </w:rPr>
        <w:t>Student Name ________________________________        Parent/Guardian ________________________________</w:t>
      </w:r>
    </w:p>
    <w:p>
      <w:pPr>
        <w:spacing w:after="0" w:line="240" w:lineRule="auto"/>
        <w:jc w:val="left"/>
      </w:pPr>
      <w:r>
        <w:rPr>
          <w:sz w:val="20"/>
        </w:rPr>
        <w:t>Grade ________        Home Address ________________________________________________________________</w:t>
      </w:r>
    </w:p>
    <w:p>
      <w:pPr>
        <w:spacing w:before="160" w:after="120"/>
        <w:jc w:val="center"/>
      </w:pPr>
      <w:r>
        <w:rPr>
          <w:b/>
          <w:sz w:val="24"/>
        </w:rPr>
        <w:t>2026-2027 - Bledsoe County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563"/>
        <w:gridCol w:w="1563"/>
        <w:gridCol w:w="1563"/>
        <w:gridCol w:w="1563"/>
        <w:gridCol w:w="1563"/>
        <w:gridCol w:w="1563"/>
        <w:gridCol w:w="1563"/>
      </w:tblGrid>
      <w:tr>
        <w:trPr>
          <w:trHeight w:val="316" w:hRule="exact"/>
        </w:trPr>
        <w:tc>
          <w:tcPr>
            <w:tcW w:type="dxa" w:w="1502"/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b/>
                <w:sz w:val="21"/>
              </w:rPr>
              <w:t>Sunday</w:t>
            </w:r>
          </w:p>
        </w:tc>
        <w:tc>
          <w:tcPr>
            <w:tcW w:type="dxa" w:w="1502"/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b/>
                <w:sz w:val="21"/>
              </w:rPr>
              <w:t>Monday</w:t>
            </w:r>
          </w:p>
        </w:tc>
        <w:tc>
          <w:tcPr>
            <w:tcW w:type="dxa" w:w="1502"/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b/>
                <w:sz w:val="21"/>
              </w:rPr>
              <w:t>Tuesday</w:t>
            </w:r>
          </w:p>
        </w:tc>
        <w:tc>
          <w:tcPr>
            <w:tcW w:type="dxa" w:w="1502"/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b/>
                <w:sz w:val="21"/>
              </w:rPr>
              <w:t>Wednesday</w:t>
            </w:r>
          </w:p>
        </w:tc>
        <w:tc>
          <w:tcPr>
            <w:tcW w:type="dxa" w:w="1502"/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b/>
                <w:sz w:val="21"/>
              </w:rPr>
              <w:t>Thursday</w:t>
            </w:r>
          </w:p>
        </w:tc>
        <w:tc>
          <w:tcPr>
            <w:tcW w:type="dxa" w:w="1502"/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b/>
                <w:sz w:val="21"/>
              </w:rPr>
              <w:t>Friday</w:t>
            </w:r>
          </w:p>
        </w:tc>
        <w:tc>
          <w:tcPr>
            <w:tcW w:type="dxa" w:w="1502"/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b/>
                <w:sz w:val="21"/>
              </w:rPr>
              <w:t>Saturday</w:t>
            </w:r>
          </w:p>
        </w:tc>
      </w:tr>
      <w:tr>
        <w:trPr>
          <w:trHeight w:val="244" w:hRule="exact"/>
        </w:trPr>
        <w:tc>
          <w:tcPr>
            <w:tcW w:type="dxa" w:w="1502"/>
            <w:shd w:fill="000000"/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b w:val="0"/>
                <w:sz w:val="2"/>
              </w:rPr>
            </w:r>
          </w:p>
        </w:tc>
        <w:tc>
          <w:tcPr>
            <w:tcW w:type="dxa" w:w="1502"/>
            <w:shd w:fill="000000"/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b w:val="0"/>
                <w:sz w:val="2"/>
              </w:rPr>
            </w:r>
          </w:p>
        </w:tc>
        <w:tc>
          <w:tcPr>
            <w:tcW w:type="dxa" w:w="1502"/>
            <w:shd w:fill="000000"/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b w:val="0"/>
                <w:sz w:val="2"/>
              </w:rPr>
            </w:r>
          </w:p>
        </w:tc>
        <w:tc>
          <w:tcPr>
            <w:tcW w:type="dxa" w:w="1502"/>
            <w:shd w:fill="000000"/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b w:val="0"/>
                <w:sz w:val="2"/>
              </w:rPr>
            </w:r>
          </w:p>
        </w:tc>
        <w:tc>
          <w:tcPr>
            <w:tcW w:type="dxa" w:w="1502"/>
            <w:shd w:fill="000000"/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b w:val="0"/>
                <w:sz w:val="2"/>
              </w:rPr>
            </w:r>
          </w:p>
        </w:tc>
        <w:tc>
          <w:tcPr>
            <w:tcW w:type="dxa" w:w="1502"/>
            <w:shd w:fill="000000"/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b w:val="0"/>
                <w:sz w:val="2"/>
              </w:rPr>
            </w:r>
          </w:p>
        </w:tc>
        <w:tc>
          <w:tcPr>
            <w:tcW w:type="dxa" w:w="1502"/>
            <w:shd w:fill="000000"/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b w:val="0"/>
                <w:sz w:val="2"/>
              </w:rPr>
            </w:r>
          </w:p>
        </w:tc>
      </w:tr>
      <w:tr>
        <w:trPr>
          <w:trHeight w:val="288" w:hRule="exact"/>
        </w:trPr>
        <w:tc>
          <w:tcPr>
            <w:tcW w:type="dxa" w:w="10514"/>
            <w:gridSpan w:val="7"/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b/>
                <w:sz w:val="18"/>
              </w:rPr>
              <w:t>July 2026</w:t>
            </w:r>
          </w:p>
        </w:tc>
      </w:tr>
      <w:tr>
        <w:trPr>
          <w:trHeight w:val="302" w:hRule="exact"/>
        </w:trPr>
        <w:tc>
          <w:tcPr>
            <w:tcW w:type="dxa" w:w="1502"/>
            <w:vAlign w:val="center"/>
          </w:tcPr>
          <w:p>
            <w:pPr>
              <w:spacing w:before="0" w:after="0" w:line="240" w:lineRule="auto"/>
              <w:jc w:val="right"/>
            </w:pPr>
            <w:r/>
            <w:r>
              <w:rPr>
                <w:b/>
                <w:sz w:val="19"/>
              </w:rPr>
            </w:r>
          </w:p>
        </w:tc>
        <w:tc>
          <w:tcPr>
            <w:tcW w:type="dxa" w:w="1502"/>
            <w:vAlign w:val="center"/>
          </w:tcPr>
          <w:p>
            <w:pPr>
              <w:spacing w:before="0" w:after="0" w:line="240" w:lineRule="auto"/>
              <w:jc w:val="right"/>
            </w:pPr>
            <w:r/>
            <w:r>
              <w:rPr>
                <w:b/>
                <w:sz w:val="19"/>
              </w:rPr>
            </w:r>
          </w:p>
        </w:tc>
        <w:tc>
          <w:tcPr>
            <w:tcW w:type="dxa" w:w="1502"/>
            <w:vAlign w:val="center"/>
          </w:tcPr>
          <w:p>
            <w:pPr>
              <w:spacing w:before="0" w:after="0" w:line="240" w:lineRule="auto"/>
              <w:jc w:val="right"/>
            </w:pPr>
            <w:r/>
            <w:r>
              <w:rPr>
                <w:b/>
                <w:sz w:val="19"/>
              </w:rPr>
            </w:r>
          </w:p>
        </w:tc>
        <w:tc>
          <w:tcPr>
            <w:tcW w:type="dxa" w:w="1502"/>
            <w:vAlign w:val="center"/>
          </w:tcPr>
          <w:p>
            <w:pPr>
              <w:spacing w:before="0" w:after="0" w:line="240" w:lineRule="auto"/>
              <w:jc w:val="right"/>
            </w:pPr>
            <w:r/>
            <w:r>
              <w:rPr>
                <w:b/>
                <w:sz w:val="19"/>
              </w:rPr>
              <w:t>1</w:t>
            </w:r>
          </w:p>
        </w:tc>
        <w:tc>
          <w:tcPr>
            <w:tcW w:type="dxa" w:w="1502"/>
            <w:vAlign w:val="center"/>
          </w:tcPr>
          <w:p>
            <w:pPr>
              <w:spacing w:before="0" w:after="0" w:line="240" w:lineRule="auto"/>
              <w:jc w:val="right"/>
            </w:pPr>
            <w:r/>
            <w:r>
              <w:rPr>
                <w:b/>
                <w:sz w:val="19"/>
              </w:rPr>
              <w:t>2</w:t>
            </w:r>
          </w:p>
        </w:tc>
        <w:tc>
          <w:tcPr>
            <w:tcW w:type="dxa" w:w="1502"/>
            <w:vAlign w:val="center"/>
          </w:tcPr>
          <w:p>
            <w:pPr>
              <w:spacing w:before="0" w:after="0" w:line="240" w:lineRule="auto"/>
              <w:jc w:val="right"/>
            </w:pPr>
            <w:r/>
            <w:r>
              <w:rPr>
                <w:b/>
                <w:sz w:val="19"/>
              </w:rPr>
              <w:t>3</w:t>
            </w:r>
          </w:p>
        </w:tc>
        <w:tc>
          <w:tcPr>
            <w:tcW w:type="dxa" w:w="1502"/>
            <w:vAlign w:val="center"/>
          </w:tcPr>
          <w:p>
            <w:pPr>
              <w:spacing w:before="0" w:after="0" w:line="240" w:lineRule="auto"/>
              <w:jc w:val="right"/>
            </w:pPr>
            <w:r/>
            <w:r>
              <w:rPr>
                <w:b/>
                <w:sz w:val="19"/>
              </w:rPr>
              <w:t>4</w:t>
            </w:r>
          </w:p>
        </w:tc>
      </w:tr>
      <w:tr>
        <w:trPr>
          <w:trHeight w:val="302" w:hRule="exact"/>
        </w:trPr>
        <w:tc>
          <w:tcPr>
            <w:tcW w:type="dxa" w:w="1502"/>
            <w:vAlign w:val="center"/>
          </w:tcPr>
          <w:p>
            <w:pPr>
              <w:spacing w:before="0" w:after="0" w:line="240" w:lineRule="auto"/>
              <w:jc w:val="right"/>
            </w:pPr>
            <w:r/>
            <w:r>
              <w:rPr>
                <w:b/>
                <w:sz w:val="19"/>
              </w:rPr>
              <w:t>5</w:t>
            </w:r>
          </w:p>
        </w:tc>
        <w:tc>
          <w:tcPr>
            <w:tcW w:type="dxa" w:w="1502"/>
            <w:vAlign w:val="center"/>
          </w:tcPr>
          <w:p>
            <w:pPr>
              <w:spacing w:before="0" w:after="0" w:line="240" w:lineRule="auto"/>
              <w:jc w:val="right"/>
            </w:pPr>
            <w:r/>
            <w:r>
              <w:rPr>
                <w:b/>
                <w:sz w:val="19"/>
              </w:rPr>
              <w:t>6</w:t>
            </w:r>
          </w:p>
        </w:tc>
        <w:tc>
          <w:tcPr>
            <w:tcW w:type="dxa" w:w="1502"/>
            <w:vAlign w:val="center"/>
          </w:tcPr>
          <w:p>
            <w:pPr>
              <w:spacing w:before="0" w:after="0" w:line="240" w:lineRule="auto"/>
              <w:jc w:val="right"/>
            </w:pPr>
            <w:r/>
            <w:r>
              <w:rPr>
                <w:b/>
                <w:sz w:val="19"/>
              </w:rPr>
              <w:t>7</w:t>
            </w:r>
          </w:p>
        </w:tc>
        <w:tc>
          <w:tcPr>
            <w:tcW w:type="dxa" w:w="1502"/>
            <w:vAlign w:val="center"/>
          </w:tcPr>
          <w:p>
            <w:pPr>
              <w:spacing w:before="0" w:after="0" w:line="240" w:lineRule="auto"/>
              <w:jc w:val="right"/>
            </w:pPr>
            <w:r/>
            <w:r>
              <w:rPr>
                <w:b/>
                <w:sz w:val="19"/>
              </w:rPr>
              <w:t>8</w:t>
            </w:r>
          </w:p>
        </w:tc>
        <w:tc>
          <w:tcPr>
            <w:tcW w:type="dxa" w:w="1502"/>
            <w:vAlign w:val="center"/>
          </w:tcPr>
          <w:p>
            <w:pPr>
              <w:spacing w:before="0" w:after="0" w:line="240" w:lineRule="auto"/>
              <w:jc w:val="right"/>
            </w:pPr>
            <w:r/>
            <w:r>
              <w:rPr>
                <w:b/>
                <w:sz w:val="19"/>
              </w:rPr>
              <w:t>9</w:t>
            </w:r>
          </w:p>
        </w:tc>
        <w:tc>
          <w:tcPr>
            <w:tcW w:type="dxa" w:w="1502"/>
            <w:vAlign w:val="center"/>
          </w:tcPr>
          <w:p>
            <w:pPr>
              <w:spacing w:before="0" w:after="0" w:line="240" w:lineRule="auto"/>
              <w:jc w:val="right"/>
            </w:pPr>
            <w:r/>
            <w:r>
              <w:rPr>
                <w:b/>
                <w:sz w:val="19"/>
              </w:rPr>
              <w:t>10</w:t>
            </w:r>
          </w:p>
        </w:tc>
        <w:tc>
          <w:tcPr>
            <w:tcW w:type="dxa" w:w="1502"/>
            <w:vAlign w:val="center"/>
          </w:tcPr>
          <w:p>
            <w:pPr>
              <w:spacing w:before="0" w:after="0" w:line="240" w:lineRule="auto"/>
              <w:jc w:val="right"/>
            </w:pPr>
            <w:r/>
            <w:r>
              <w:rPr>
                <w:b/>
                <w:sz w:val="19"/>
              </w:rPr>
              <w:t>11</w:t>
            </w:r>
          </w:p>
        </w:tc>
      </w:tr>
      <w:tr>
        <w:trPr>
          <w:trHeight w:val="302" w:hRule="exact"/>
        </w:trPr>
        <w:tc>
          <w:tcPr>
            <w:tcW w:type="dxa" w:w="1502"/>
            <w:vAlign w:val="center"/>
          </w:tcPr>
          <w:p>
            <w:pPr>
              <w:spacing w:before="0" w:after="0" w:line="240" w:lineRule="auto"/>
              <w:jc w:val="right"/>
            </w:pPr>
            <w:r/>
            <w:r>
              <w:rPr>
                <w:b/>
                <w:sz w:val="19"/>
              </w:rPr>
              <w:t>12</w:t>
            </w:r>
          </w:p>
        </w:tc>
        <w:tc>
          <w:tcPr>
            <w:tcW w:type="dxa" w:w="1502"/>
            <w:vAlign w:val="center"/>
          </w:tcPr>
          <w:p>
            <w:pPr>
              <w:spacing w:before="0" w:after="0" w:line="240" w:lineRule="auto"/>
              <w:jc w:val="right"/>
            </w:pPr>
            <w:r/>
            <w:r>
              <w:rPr>
                <w:b/>
                <w:sz w:val="19"/>
              </w:rPr>
              <w:t>13</w:t>
            </w:r>
          </w:p>
        </w:tc>
        <w:tc>
          <w:tcPr>
            <w:tcW w:type="dxa" w:w="1502"/>
            <w:vAlign w:val="center"/>
          </w:tcPr>
          <w:p>
            <w:pPr>
              <w:spacing w:before="0" w:after="0" w:line="240" w:lineRule="auto"/>
              <w:jc w:val="right"/>
            </w:pPr>
            <w:r/>
            <w:r>
              <w:rPr>
                <w:b/>
                <w:sz w:val="19"/>
              </w:rPr>
              <w:t>14</w:t>
            </w:r>
          </w:p>
        </w:tc>
        <w:tc>
          <w:tcPr>
            <w:tcW w:type="dxa" w:w="1502"/>
            <w:vAlign w:val="center"/>
          </w:tcPr>
          <w:p>
            <w:pPr>
              <w:spacing w:before="0" w:after="0" w:line="240" w:lineRule="auto"/>
              <w:jc w:val="right"/>
            </w:pPr>
            <w:r/>
            <w:r>
              <w:rPr>
                <w:b/>
                <w:sz w:val="19"/>
              </w:rPr>
              <w:t>15</w:t>
            </w:r>
          </w:p>
        </w:tc>
        <w:tc>
          <w:tcPr>
            <w:tcW w:type="dxa" w:w="1502"/>
            <w:vAlign w:val="center"/>
          </w:tcPr>
          <w:p>
            <w:pPr>
              <w:spacing w:before="0" w:after="0" w:line="240" w:lineRule="auto"/>
              <w:jc w:val="right"/>
            </w:pPr>
            <w:r/>
            <w:r>
              <w:rPr>
                <w:b/>
                <w:sz w:val="19"/>
              </w:rPr>
              <w:t>16</w:t>
            </w:r>
          </w:p>
        </w:tc>
        <w:tc>
          <w:tcPr>
            <w:tcW w:type="dxa" w:w="1502"/>
            <w:vAlign w:val="center"/>
          </w:tcPr>
          <w:p>
            <w:pPr>
              <w:spacing w:before="0" w:after="0" w:line="240" w:lineRule="auto"/>
              <w:jc w:val="right"/>
            </w:pPr>
            <w:r/>
            <w:r>
              <w:rPr>
                <w:b/>
                <w:sz w:val="19"/>
              </w:rPr>
              <w:t>17</w:t>
            </w:r>
          </w:p>
        </w:tc>
        <w:tc>
          <w:tcPr>
            <w:tcW w:type="dxa" w:w="1502"/>
            <w:vAlign w:val="center"/>
          </w:tcPr>
          <w:p>
            <w:pPr>
              <w:spacing w:before="0" w:after="0" w:line="240" w:lineRule="auto"/>
              <w:jc w:val="right"/>
            </w:pPr>
            <w:r/>
            <w:r>
              <w:rPr>
                <w:b/>
                <w:sz w:val="19"/>
              </w:rPr>
              <w:t>18</w:t>
            </w:r>
          </w:p>
        </w:tc>
      </w:tr>
      <w:tr>
        <w:trPr>
          <w:trHeight w:val="302" w:hRule="exact"/>
        </w:trPr>
        <w:tc>
          <w:tcPr>
            <w:tcW w:type="dxa" w:w="1502"/>
            <w:vAlign w:val="center"/>
          </w:tcPr>
          <w:p>
            <w:pPr>
              <w:spacing w:before="0" w:after="0" w:line="240" w:lineRule="auto"/>
              <w:jc w:val="right"/>
            </w:pPr>
            <w:r/>
            <w:r>
              <w:rPr>
                <w:b/>
                <w:sz w:val="19"/>
              </w:rPr>
              <w:t>19</w:t>
            </w:r>
          </w:p>
        </w:tc>
        <w:tc>
          <w:tcPr>
            <w:tcW w:type="dxa" w:w="1502"/>
            <w:vAlign w:val="center"/>
          </w:tcPr>
          <w:p>
            <w:pPr>
              <w:spacing w:before="0" w:after="0" w:line="240" w:lineRule="auto"/>
              <w:jc w:val="right"/>
            </w:pPr>
            <w:r/>
            <w:r>
              <w:rPr>
                <w:b/>
                <w:sz w:val="19"/>
              </w:rPr>
              <w:t>20</w:t>
            </w:r>
          </w:p>
        </w:tc>
        <w:tc>
          <w:tcPr>
            <w:tcW w:type="dxa" w:w="1502"/>
            <w:vAlign w:val="center"/>
          </w:tcPr>
          <w:p>
            <w:pPr>
              <w:spacing w:before="0" w:after="0" w:line="240" w:lineRule="auto"/>
              <w:jc w:val="right"/>
            </w:pPr>
            <w:r/>
            <w:r>
              <w:rPr>
                <w:b/>
                <w:sz w:val="19"/>
              </w:rPr>
              <w:t>21</w:t>
            </w:r>
          </w:p>
        </w:tc>
        <w:tc>
          <w:tcPr>
            <w:tcW w:type="dxa" w:w="1502"/>
            <w:vAlign w:val="center"/>
          </w:tcPr>
          <w:p>
            <w:pPr>
              <w:spacing w:before="0" w:after="0" w:line="240" w:lineRule="auto"/>
              <w:jc w:val="right"/>
            </w:pPr>
            <w:r/>
            <w:r>
              <w:rPr>
                <w:b/>
                <w:sz w:val="19"/>
              </w:rPr>
              <w:t>22</w:t>
            </w:r>
          </w:p>
        </w:tc>
        <w:tc>
          <w:tcPr>
            <w:tcW w:type="dxa" w:w="1502"/>
            <w:vAlign w:val="center"/>
          </w:tcPr>
          <w:p>
            <w:pPr>
              <w:spacing w:before="0" w:after="0" w:line="240" w:lineRule="auto"/>
              <w:jc w:val="right"/>
            </w:pPr>
            <w:r/>
            <w:r>
              <w:rPr>
                <w:b/>
                <w:sz w:val="19"/>
              </w:rPr>
              <w:t>23</w:t>
            </w:r>
          </w:p>
        </w:tc>
        <w:tc>
          <w:tcPr>
            <w:tcW w:type="dxa" w:w="1502"/>
            <w:vAlign w:val="center"/>
          </w:tcPr>
          <w:p>
            <w:pPr>
              <w:spacing w:before="0" w:after="0" w:line="240" w:lineRule="auto"/>
              <w:jc w:val="right"/>
            </w:pPr>
            <w:r/>
            <w:r>
              <w:rPr>
                <w:b/>
                <w:sz w:val="19"/>
              </w:rPr>
              <w:t>24</w:t>
            </w:r>
          </w:p>
        </w:tc>
        <w:tc>
          <w:tcPr>
            <w:tcW w:type="dxa" w:w="1502"/>
            <w:vAlign w:val="center"/>
          </w:tcPr>
          <w:p>
            <w:pPr>
              <w:spacing w:before="0" w:after="0" w:line="240" w:lineRule="auto"/>
              <w:jc w:val="right"/>
            </w:pPr>
            <w:r/>
            <w:r>
              <w:rPr>
                <w:b/>
                <w:sz w:val="19"/>
              </w:rPr>
              <w:t>25</w:t>
            </w:r>
          </w:p>
        </w:tc>
      </w:tr>
      <w:tr>
        <w:trPr>
          <w:trHeight w:val="302" w:hRule="exact"/>
        </w:trPr>
        <w:tc>
          <w:tcPr>
            <w:tcW w:type="dxa" w:w="1502"/>
            <w:vAlign w:val="center"/>
          </w:tcPr>
          <w:p>
            <w:pPr>
              <w:spacing w:before="0" w:after="0" w:line="240" w:lineRule="auto"/>
              <w:jc w:val="right"/>
            </w:pPr>
            <w:r/>
            <w:r>
              <w:rPr>
                <w:b/>
                <w:sz w:val="19"/>
              </w:rPr>
              <w:t>26</w:t>
            </w:r>
          </w:p>
        </w:tc>
        <w:tc>
          <w:tcPr>
            <w:tcW w:type="dxa" w:w="1502"/>
            <w:vAlign w:val="center"/>
          </w:tcPr>
          <w:p>
            <w:pPr>
              <w:spacing w:before="0" w:after="0" w:line="240" w:lineRule="auto"/>
              <w:jc w:val="right"/>
            </w:pPr>
            <w:r/>
            <w:r>
              <w:rPr>
                <w:b/>
                <w:sz w:val="19"/>
              </w:rPr>
              <w:t>27</w:t>
            </w:r>
          </w:p>
        </w:tc>
        <w:tc>
          <w:tcPr>
            <w:tcW w:type="dxa" w:w="1502"/>
            <w:vAlign w:val="center"/>
          </w:tcPr>
          <w:p>
            <w:pPr>
              <w:spacing w:before="0" w:after="0" w:line="240" w:lineRule="auto"/>
              <w:jc w:val="right"/>
            </w:pPr>
            <w:r/>
            <w:r>
              <w:rPr>
                <w:b/>
                <w:sz w:val="19"/>
              </w:rPr>
              <w:t>28</w:t>
            </w:r>
          </w:p>
        </w:tc>
        <w:tc>
          <w:tcPr>
            <w:tcW w:type="dxa" w:w="1502"/>
            <w:vAlign w:val="center"/>
          </w:tcPr>
          <w:p>
            <w:pPr>
              <w:spacing w:before="0" w:after="0" w:line="240" w:lineRule="auto"/>
              <w:jc w:val="right"/>
            </w:pPr>
            <w:r/>
            <w:r>
              <w:rPr>
                <w:b/>
                <w:sz w:val="19"/>
              </w:rPr>
              <w:t>29</w:t>
            </w:r>
          </w:p>
        </w:tc>
        <w:tc>
          <w:tcPr>
            <w:tcW w:type="dxa" w:w="1502"/>
            <w:vAlign w:val="center"/>
          </w:tcPr>
          <w:p>
            <w:pPr>
              <w:spacing w:before="0" w:after="0" w:line="240" w:lineRule="auto"/>
              <w:jc w:val="right"/>
            </w:pPr>
            <w:r/>
            <w:r>
              <w:rPr>
                <w:b/>
                <w:sz w:val="19"/>
              </w:rPr>
              <w:t>30</w:t>
            </w:r>
          </w:p>
        </w:tc>
        <w:tc>
          <w:tcPr>
            <w:tcW w:type="dxa" w:w="1502"/>
            <w:vAlign w:val="center"/>
          </w:tcPr>
          <w:p>
            <w:pPr>
              <w:spacing w:before="0" w:after="0" w:line="240" w:lineRule="auto"/>
              <w:jc w:val="right"/>
            </w:pPr>
            <w:r/>
            <w:r>
              <w:rPr>
                <w:b/>
                <w:sz w:val="19"/>
              </w:rPr>
              <w:t>31</w:t>
            </w:r>
          </w:p>
        </w:tc>
        <w:tc>
          <w:tcPr>
            <w:tcW w:type="dxa" w:w="1502"/>
            <w:vAlign w:val="center"/>
          </w:tcPr>
          <w:p>
            <w:pPr>
              <w:spacing w:before="0" w:after="0" w:line="240" w:lineRule="auto"/>
              <w:jc w:val="right"/>
            </w:pPr>
            <w:r/>
            <w:r>
              <w:rPr>
                <w:b/>
                <w:sz w:val="19"/>
              </w:rPr>
            </w:r>
          </w:p>
        </w:tc>
      </w:tr>
      <w:tr>
        <w:trPr>
          <w:trHeight w:val="302" w:hRule="exact"/>
        </w:trPr>
        <w:tc>
          <w:tcPr>
            <w:tcW w:type="dxa" w:w="1502"/>
            <w:vAlign w:val="center"/>
          </w:tcPr>
          <w:p>
            <w:pPr>
              <w:spacing w:before="0" w:after="0" w:line="240" w:lineRule="auto"/>
              <w:jc w:val="right"/>
            </w:pPr>
            <w:r/>
            <w:r>
              <w:rPr>
                <w:b/>
                <w:sz w:val="19"/>
              </w:rPr>
            </w:r>
          </w:p>
        </w:tc>
        <w:tc>
          <w:tcPr>
            <w:tcW w:type="dxa" w:w="1502"/>
            <w:vAlign w:val="center"/>
          </w:tcPr>
          <w:p>
            <w:pPr>
              <w:spacing w:before="0" w:after="0" w:line="240" w:lineRule="auto"/>
              <w:jc w:val="right"/>
            </w:pPr>
            <w:r/>
            <w:r>
              <w:rPr>
                <w:b/>
                <w:sz w:val="19"/>
              </w:rPr>
            </w:r>
          </w:p>
        </w:tc>
        <w:tc>
          <w:tcPr>
            <w:tcW w:type="dxa" w:w="1502"/>
            <w:vAlign w:val="center"/>
          </w:tcPr>
          <w:p>
            <w:pPr>
              <w:spacing w:before="0" w:after="0" w:line="240" w:lineRule="auto"/>
              <w:jc w:val="right"/>
            </w:pPr>
            <w:r/>
            <w:r>
              <w:rPr>
                <w:b/>
                <w:sz w:val="19"/>
              </w:rPr>
            </w:r>
          </w:p>
        </w:tc>
        <w:tc>
          <w:tcPr>
            <w:tcW w:type="dxa" w:w="1502"/>
            <w:vAlign w:val="center"/>
          </w:tcPr>
          <w:p>
            <w:pPr>
              <w:spacing w:before="0" w:after="0" w:line="240" w:lineRule="auto"/>
              <w:jc w:val="right"/>
            </w:pPr>
            <w:r/>
            <w:r>
              <w:rPr>
                <w:b/>
                <w:sz w:val="19"/>
              </w:rPr>
            </w:r>
          </w:p>
        </w:tc>
        <w:tc>
          <w:tcPr>
            <w:tcW w:type="dxa" w:w="1502"/>
            <w:vAlign w:val="center"/>
          </w:tcPr>
          <w:p>
            <w:pPr>
              <w:spacing w:before="0" w:after="0" w:line="240" w:lineRule="auto"/>
              <w:jc w:val="right"/>
            </w:pPr>
            <w:r/>
            <w:r>
              <w:rPr>
                <w:b/>
                <w:sz w:val="19"/>
              </w:rPr>
            </w:r>
          </w:p>
        </w:tc>
        <w:tc>
          <w:tcPr>
            <w:tcW w:type="dxa" w:w="1502"/>
            <w:vAlign w:val="center"/>
          </w:tcPr>
          <w:p>
            <w:pPr>
              <w:spacing w:before="0" w:after="0" w:line="240" w:lineRule="auto"/>
              <w:jc w:val="right"/>
            </w:pPr>
            <w:r/>
            <w:r>
              <w:rPr>
                <w:b/>
                <w:sz w:val="19"/>
              </w:rPr>
            </w:r>
          </w:p>
        </w:tc>
        <w:tc>
          <w:tcPr>
            <w:tcW w:type="dxa" w:w="1502"/>
            <w:vAlign w:val="center"/>
          </w:tcPr>
          <w:p>
            <w:pPr>
              <w:spacing w:before="0" w:after="0" w:line="240" w:lineRule="auto"/>
              <w:jc w:val="right"/>
            </w:pPr>
            <w:r/>
            <w:r>
              <w:rPr>
                <w:b/>
                <w:sz w:val="19"/>
              </w:rPr>
            </w:r>
          </w:p>
        </w:tc>
      </w:tr>
      <w:tr>
        <w:trPr>
          <w:trHeight w:val="244" w:hRule="exact"/>
        </w:trPr>
        <w:tc>
          <w:tcPr>
            <w:tcW w:type="dxa" w:w="1502"/>
            <w:shd w:fill="000000"/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b w:val="0"/>
                <w:sz w:val="2"/>
              </w:rPr>
            </w:r>
          </w:p>
        </w:tc>
        <w:tc>
          <w:tcPr>
            <w:tcW w:type="dxa" w:w="1502"/>
            <w:shd w:fill="000000"/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b w:val="0"/>
                <w:sz w:val="2"/>
              </w:rPr>
            </w:r>
          </w:p>
        </w:tc>
        <w:tc>
          <w:tcPr>
            <w:tcW w:type="dxa" w:w="1502"/>
            <w:shd w:fill="000000"/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b w:val="0"/>
                <w:sz w:val="2"/>
              </w:rPr>
            </w:r>
          </w:p>
        </w:tc>
        <w:tc>
          <w:tcPr>
            <w:tcW w:type="dxa" w:w="1502"/>
            <w:shd w:fill="000000"/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b w:val="0"/>
                <w:sz w:val="2"/>
              </w:rPr>
            </w:r>
          </w:p>
        </w:tc>
        <w:tc>
          <w:tcPr>
            <w:tcW w:type="dxa" w:w="1502"/>
            <w:shd w:fill="000000"/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b w:val="0"/>
                <w:sz w:val="2"/>
              </w:rPr>
            </w:r>
          </w:p>
        </w:tc>
        <w:tc>
          <w:tcPr>
            <w:tcW w:type="dxa" w:w="1502"/>
            <w:shd w:fill="000000"/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b w:val="0"/>
                <w:sz w:val="2"/>
              </w:rPr>
            </w:r>
          </w:p>
        </w:tc>
        <w:tc>
          <w:tcPr>
            <w:tcW w:type="dxa" w:w="1502"/>
            <w:shd w:fill="000000"/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b w:val="0"/>
                <w:sz w:val="2"/>
              </w:rPr>
            </w:r>
          </w:p>
        </w:tc>
      </w:tr>
      <w:tr>
        <w:trPr>
          <w:trHeight w:val="288" w:hRule="exact"/>
        </w:trPr>
        <w:tc>
          <w:tcPr>
            <w:tcW w:type="dxa" w:w="10514"/>
            <w:gridSpan w:val="7"/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b/>
                <w:sz w:val="18"/>
              </w:rPr>
              <w:t>August 2026</w:t>
            </w:r>
          </w:p>
        </w:tc>
      </w:tr>
      <w:tr>
        <w:trPr>
          <w:trHeight w:val="302" w:hRule="exact"/>
        </w:trPr>
        <w:tc>
          <w:tcPr>
            <w:tcW w:type="dxa" w:w="1502"/>
            <w:vAlign w:val="center"/>
          </w:tcPr>
          <w:p>
            <w:pPr>
              <w:spacing w:before="0" w:after="0" w:line="240" w:lineRule="auto"/>
              <w:jc w:val="right"/>
            </w:pPr>
            <w:r/>
            <w:r>
              <w:rPr>
                <w:b/>
                <w:sz w:val="19"/>
              </w:rPr>
            </w:r>
          </w:p>
        </w:tc>
        <w:tc>
          <w:tcPr>
            <w:tcW w:type="dxa" w:w="1502"/>
            <w:vAlign w:val="center"/>
          </w:tcPr>
          <w:p>
            <w:pPr>
              <w:spacing w:before="0" w:after="0" w:line="240" w:lineRule="auto"/>
              <w:jc w:val="right"/>
            </w:pPr>
            <w:r/>
            <w:r>
              <w:rPr>
                <w:b/>
                <w:sz w:val="19"/>
              </w:rPr>
            </w:r>
          </w:p>
        </w:tc>
        <w:tc>
          <w:tcPr>
            <w:tcW w:type="dxa" w:w="1502"/>
            <w:vAlign w:val="center"/>
          </w:tcPr>
          <w:p>
            <w:pPr>
              <w:spacing w:before="0" w:after="0" w:line="240" w:lineRule="auto"/>
              <w:jc w:val="right"/>
            </w:pPr>
            <w:r/>
            <w:r>
              <w:rPr>
                <w:b/>
                <w:sz w:val="19"/>
              </w:rPr>
            </w:r>
          </w:p>
        </w:tc>
        <w:tc>
          <w:tcPr>
            <w:tcW w:type="dxa" w:w="1502"/>
            <w:vAlign w:val="center"/>
          </w:tcPr>
          <w:p>
            <w:pPr>
              <w:spacing w:before="0" w:after="0" w:line="240" w:lineRule="auto"/>
              <w:jc w:val="right"/>
            </w:pPr>
            <w:r/>
            <w:r>
              <w:rPr>
                <w:b/>
                <w:sz w:val="19"/>
              </w:rPr>
            </w:r>
          </w:p>
        </w:tc>
        <w:tc>
          <w:tcPr>
            <w:tcW w:type="dxa" w:w="1502"/>
            <w:vAlign w:val="center"/>
          </w:tcPr>
          <w:p>
            <w:pPr>
              <w:spacing w:before="0" w:after="0" w:line="240" w:lineRule="auto"/>
              <w:jc w:val="right"/>
            </w:pPr>
            <w:r/>
            <w:r>
              <w:rPr>
                <w:b/>
                <w:sz w:val="19"/>
              </w:rPr>
            </w:r>
          </w:p>
        </w:tc>
        <w:tc>
          <w:tcPr>
            <w:tcW w:type="dxa" w:w="1502"/>
            <w:vAlign w:val="center"/>
          </w:tcPr>
          <w:p>
            <w:pPr>
              <w:spacing w:before="0" w:after="0" w:line="240" w:lineRule="auto"/>
              <w:jc w:val="right"/>
            </w:pPr>
            <w:r/>
            <w:r>
              <w:rPr>
                <w:b/>
                <w:sz w:val="19"/>
              </w:rPr>
            </w:r>
          </w:p>
        </w:tc>
        <w:tc>
          <w:tcPr>
            <w:tcW w:type="dxa" w:w="1502"/>
            <w:vAlign w:val="center"/>
          </w:tcPr>
          <w:p>
            <w:pPr>
              <w:spacing w:before="0" w:after="0" w:line="240" w:lineRule="auto"/>
              <w:jc w:val="right"/>
            </w:pPr>
            <w:r/>
            <w:r>
              <w:rPr>
                <w:b/>
                <w:sz w:val="19"/>
              </w:rPr>
              <w:t>1</w:t>
            </w:r>
          </w:p>
        </w:tc>
      </w:tr>
      <w:tr>
        <w:trPr>
          <w:trHeight w:val="302" w:hRule="exact"/>
        </w:trPr>
        <w:tc>
          <w:tcPr>
            <w:tcW w:type="dxa" w:w="1502"/>
            <w:vAlign w:val="center"/>
          </w:tcPr>
          <w:p>
            <w:pPr>
              <w:spacing w:before="0" w:after="0" w:line="240" w:lineRule="auto"/>
              <w:jc w:val="right"/>
            </w:pPr>
            <w:r/>
            <w:r>
              <w:rPr>
                <w:b/>
                <w:sz w:val="19"/>
              </w:rPr>
              <w:t>2</w:t>
            </w:r>
          </w:p>
        </w:tc>
        <w:tc>
          <w:tcPr>
            <w:tcW w:type="dxa" w:w="1502"/>
            <w:vAlign w:val="center"/>
          </w:tcPr>
          <w:p>
            <w:pPr>
              <w:spacing w:before="0" w:after="0" w:line="240" w:lineRule="auto"/>
              <w:jc w:val="right"/>
            </w:pPr>
            <w:r/>
            <w:r>
              <w:rPr>
                <w:b/>
                <w:sz w:val="19"/>
              </w:rPr>
              <w:t>3</w:t>
            </w:r>
          </w:p>
        </w:tc>
        <w:tc>
          <w:tcPr>
            <w:tcW w:type="dxa" w:w="1502"/>
            <w:vAlign w:val="center"/>
          </w:tcPr>
          <w:p>
            <w:pPr>
              <w:spacing w:before="0" w:after="0" w:line="240" w:lineRule="auto"/>
              <w:jc w:val="right"/>
            </w:pPr>
            <w:r/>
            <w:r>
              <w:rPr>
                <w:b/>
                <w:sz w:val="19"/>
              </w:rPr>
              <w:t>4</w:t>
            </w:r>
          </w:p>
        </w:tc>
        <w:tc>
          <w:tcPr>
            <w:tcW w:type="dxa" w:w="1502"/>
            <w:vAlign w:val="center"/>
          </w:tcPr>
          <w:p>
            <w:pPr>
              <w:spacing w:before="0" w:after="0" w:line="240" w:lineRule="auto"/>
              <w:jc w:val="right"/>
            </w:pPr>
            <w:r/>
            <w:r>
              <w:rPr>
                <w:b/>
                <w:sz w:val="19"/>
              </w:rPr>
              <w:t>5</w:t>
            </w:r>
          </w:p>
        </w:tc>
        <w:tc>
          <w:tcPr>
            <w:tcW w:type="dxa" w:w="1502"/>
            <w:vAlign w:val="center"/>
          </w:tcPr>
          <w:p>
            <w:pPr>
              <w:spacing w:before="0" w:after="0" w:line="240" w:lineRule="auto"/>
              <w:jc w:val="right"/>
            </w:pPr>
            <w:r/>
            <w:r>
              <w:rPr>
                <w:b/>
                <w:sz w:val="19"/>
              </w:rPr>
              <w:t>6</w:t>
            </w:r>
          </w:p>
        </w:tc>
        <w:tc>
          <w:tcPr>
            <w:tcW w:type="dxa" w:w="1502"/>
            <w:vAlign w:val="center"/>
          </w:tcPr>
          <w:p>
            <w:pPr>
              <w:spacing w:before="0" w:after="0" w:line="240" w:lineRule="auto"/>
              <w:jc w:val="right"/>
            </w:pPr>
            <w:r/>
            <w:r>
              <w:rPr>
                <w:b/>
                <w:sz w:val="19"/>
              </w:rPr>
              <w:t>7</w:t>
            </w:r>
          </w:p>
        </w:tc>
        <w:tc>
          <w:tcPr>
            <w:tcW w:type="dxa" w:w="1502"/>
            <w:vAlign w:val="center"/>
          </w:tcPr>
          <w:p>
            <w:pPr>
              <w:spacing w:before="0" w:after="0" w:line="240" w:lineRule="auto"/>
              <w:jc w:val="right"/>
            </w:pPr>
            <w:r/>
            <w:r>
              <w:rPr>
                <w:b/>
                <w:sz w:val="19"/>
              </w:rPr>
              <w:t>8</w:t>
            </w:r>
          </w:p>
        </w:tc>
      </w:tr>
      <w:tr>
        <w:trPr>
          <w:trHeight w:val="302" w:hRule="exact"/>
        </w:trPr>
        <w:tc>
          <w:tcPr>
            <w:tcW w:type="dxa" w:w="1502"/>
            <w:vAlign w:val="center"/>
          </w:tcPr>
          <w:p>
            <w:pPr>
              <w:spacing w:before="0" w:after="0" w:line="240" w:lineRule="auto"/>
              <w:jc w:val="right"/>
            </w:pPr>
            <w:r/>
            <w:r>
              <w:rPr>
                <w:b/>
                <w:sz w:val="19"/>
              </w:rPr>
              <w:t>9</w:t>
            </w:r>
          </w:p>
        </w:tc>
        <w:tc>
          <w:tcPr>
            <w:tcW w:type="dxa" w:w="1502"/>
            <w:vAlign w:val="center"/>
          </w:tcPr>
          <w:p>
            <w:pPr>
              <w:spacing w:before="0" w:after="0" w:line="240" w:lineRule="auto"/>
              <w:jc w:val="right"/>
            </w:pPr>
            <w:r/>
            <w:r>
              <w:rPr>
                <w:b/>
                <w:sz w:val="19"/>
              </w:rPr>
              <w:t>10</w:t>
            </w:r>
          </w:p>
        </w:tc>
        <w:tc>
          <w:tcPr>
            <w:tcW w:type="dxa" w:w="1502"/>
            <w:vAlign w:val="center"/>
          </w:tcPr>
          <w:p>
            <w:pPr>
              <w:spacing w:before="0" w:after="0" w:line="240" w:lineRule="auto"/>
              <w:jc w:val="right"/>
            </w:pPr>
            <w:r/>
            <w:r>
              <w:rPr>
                <w:b/>
                <w:sz w:val="19"/>
              </w:rPr>
              <w:t>11</w:t>
            </w:r>
          </w:p>
        </w:tc>
        <w:tc>
          <w:tcPr>
            <w:tcW w:type="dxa" w:w="1502"/>
            <w:vAlign w:val="center"/>
          </w:tcPr>
          <w:p>
            <w:pPr>
              <w:spacing w:before="0" w:after="0" w:line="240" w:lineRule="auto"/>
              <w:jc w:val="right"/>
            </w:pPr>
            <w:r/>
            <w:r>
              <w:rPr>
                <w:b/>
                <w:sz w:val="19"/>
              </w:rPr>
              <w:t>12</w:t>
            </w:r>
          </w:p>
        </w:tc>
        <w:tc>
          <w:tcPr>
            <w:tcW w:type="dxa" w:w="1502"/>
            <w:vAlign w:val="center"/>
          </w:tcPr>
          <w:p>
            <w:pPr>
              <w:spacing w:before="0" w:after="0" w:line="240" w:lineRule="auto"/>
              <w:jc w:val="right"/>
            </w:pPr>
            <w:r/>
            <w:r>
              <w:rPr>
                <w:b/>
                <w:sz w:val="19"/>
              </w:rPr>
              <w:t>13</w:t>
            </w:r>
          </w:p>
        </w:tc>
        <w:tc>
          <w:tcPr>
            <w:tcW w:type="dxa" w:w="1502"/>
            <w:vAlign w:val="center"/>
          </w:tcPr>
          <w:p>
            <w:pPr>
              <w:spacing w:before="0" w:after="0" w:line="240" w:lineRule="auto"/>
              <w:jc w:val="right"/>
            </w:pPr>
            <w:r/>
            <w:r>
              <w:rPr>
                <w:b/>
                <w:sz w:val="19"/>
              </w:rPr>
              <w:t>14</w:t>
            </w:r>
          </w:p>
        </w:tc>
        <w:tc>
          <w:tcPr>
            <w:tcW w:type="dxa" w:w="1502"/>
            <w:vAlign w:val="center"/>
          </w:tcPr>
          <w:p>
            <w:pPr>
              <w:spacing w:before="0" w:after="0" w:line="240" w:lineRule="auto"/>
              <w:jc w:val="right"/>
            </w:pPr>
            <w:r/>
            <w:r>
              <w:rPr>
                <w:b/>
                <w:sz w:val="19"/>
              </w:rPr>
              <w:t>15</w:t>
            </w:r>
          </w:p>
        </w:tc>
      </w:tr>
      <w:tr>
        <w:trPr>
          <w:trHeight w:val="302" w:hRule="exact"/>
        </w:trPr>
        <w:tc>
          <w:tcPr>
            <w:tcW w:type="dxa" w:w="1502"/>
            <w:vAlign w:val="center"/>
          </w:tcPr>
          <w:p>
            <w:pPr>
              <w:spacing w:before="0" w:after="0" w:line="240" w:lineRule="auto"/>
              <w:jc w:val="right"/>
            </w:pPr>
            <w:r/>
            <w:r>
              <w:rPr>
                <w:b/>
                <w:sz w:val="19"/>
              </w:rPr>
              <w:t>16</w:t>
            </w:r>
          </w:p>
        </w:tc>
        <w:tc>
          <w:tcPr>
            <w:tcW w:type="dxa" w:w="1502"/>
            <w:vAlign w:val="center"/>
          </w:tcPr>
          <w:p>
            <w:pPr>
              <w:spacing w:before="0" w:after="0" w:line="240" w:lineRule="auto"/>
              <w:jc w:val="right"/>
            </w:pPr>
            <w:r/>
            <w:r>
              <w:rPr>
                <w:b/>
                <w:sz w:val="19"/>
              </w:rPr>
              <w:t>17</w:t>
            </w:r>
          </w:p>
        </w:tc>
        <w:tc>
          <w:tcPr>
            <w:tcW w:type="dxa" w:w="1502"/>
            <w:vAlign w:val="center"/>
          </w:tcPr>
          <w:p>
            <w:pPr>
              <w:spacing w:before="0" w:after="0" w:line="240" w:lineRule="auto"/>
              <w:jc w:val="right"/>
            </w:pPr>
            <w:r/>
            <w:r>
              <w:rPr>
                <w:b/>
                <w:sz w:val="19"/>
              </w:rPr>
              <w:t>18</w:t>
            </w:r>
          </w:p>
        </w:tc>
        <w:tc>
          <w:tcPr>
            <w:tcW w:type="dxa" w:w="1502"/>
            <w:vAlign w:val="center"/>
          </w:tcPr>
          <w:p>
            <w:pPr>
              <w:spacing w:before="0" w:after="0" w:line="240" w:lineRule="auto"/>
              <w:jc w:val="right"/>
            </w:pPr>
            <w:r/>
            <w:r>
              <w:rPr>
                <w:b/>
                <w:sz w:val="19"/>
              </w:rPr>
              <w:t>19</w:t>
            </w:r>
          </w:p>
        </w:tc>
        <w:tc>
          <w:tcPr>
            <w:tcW w:type="dxa" w:w="1502"/>
            <w:vAlign w:val="center"/>
          </w:tcPr>
          <w:p>
            <w:pPr>
              <w:spacing w:before="0" w:after="0" w:line="240" w:lineRule="auto"/>
              <w:jc w:val="right"/>
            </w:pPr>
            <w:r/>
            <w:r>
              <w:rPr>
                <w:b/>
                <w:sz w:val="19"/>
              </w:rPr>
              <w:t>20</w:t>
            </w:r>
          </w:p>
        </w:tc>
        <w:tc>
          <w:tcPr>
            <w:tcW w:type="dxa" w:w="1502"/>
            <w:vAlign w:val="center"/>
          </w:tcPr>
          <w:p>
            <w:pPr>
              <w:spacing w:before="0" w:after="0" w:line="240" w:lineRule="auto"/>
              <w:jc w:val="right"/>
            </w:pPr>
            <w:r/>
            <w:r>
              <w:rPr>
                <w:b/>
                <w:sz w:val="19"/>
              </w:rPr>
              <w:t>21</w:t>
            </w:r>
          </w:p>
        </w:tc>
        <w:tc>
          <w:tcPr>
            <w:tcW w:type="dxa" w:w="1502"/>
            <w:vAlign w:val="center"/>
          </w:tcPr>
          <w:p>
            <w:pPr>
              <w:spacing w:before="0" w:after="0" w:line="240" w:lineRule="auto"/>
              <w:jc w:val="right"/>
            </w:pPr>
            <w:r/>
            <w:r>
              <w:rPr>
                <w:b/>
                <w:sz w:val="19"/>
              </w:rPr>
              <w:t>22</w:t>
            </w:r>
          </w:p>
        </w:tc>
      </w:tr>
      <w:tr>
        <w:trPr>
          <w:trHeight w:val="302" w:hRule="exact"/>
        </w:trPr>
        <w:tc>
          <w:tcPr>
            <w:tcW w:type="dxa" w:w="1502"/>
            <w:vAlign w:val="center"/>
          </w:tcPr>
          <w:p>
            <w:pPr>
              <w:spacing w:before="0" w:after="0" w:line="240" w:lineRule="auto"/>
              <w:jc w:val="right"/>
            </w:pPr>
            <w:r/>
            <w:r>
              <w:rPr>
                <w:b/>
                <w:sz w:val="19"/>
              </w:rPr>
              <w:t>23</w:t>
            </w:r>
          </w:p>
        </w:tc>
        <w:tc>
          <w:tcPr>
            <w:tcW w:type="dxa" w:w="1502"/>
            <w:vAlign w:val="center"/>
          </w:tcPr>
          <w:p>
            <w:pPr>
              <w:spacing w:before="0" w:after="0" w:line="240" w:lineRule="auto"/>
              <w:jc w:val="right"/>
            </w:pPr>
            <w:r/>
            <w:r>
              <w:rPr>
                <w:b/>
                <w:sz w:val="19"/>
              </w:rPr>
              <w:t>24</w:t>
            </w:r>
          </w:p>
        </w:tc>
        <w:tc>
          <w:tcPr>
            <w:tcW w:type="dxa" w:w="1502"/>
            <w:vAlign w:val="center"/>
          </w:tcPr>
          <w:p>
            <w:pPr>
              <w:spacing w:before="0" w:after="0" w:line="240" w:lineRule="auto"/>
              <w:jc w:val="right"/>
            </w:pPr>
            <w:r/>
            <w:r>
              <w:rPr>
                <w:b/>
                <w:sz w:val="19"/>
              </w:rPr>
              <w:t>25</w:t>
            </w:r>
          </w:p>
        </w:tc>
        <w:tc>
          <w:tcPr>
            <w:tcW w:type="dxa" w:w="1502"/>
            <w:vAlign w:val="center"/>
          </w:tcPr>
          <w:p>
            <w:pPr>
              <w:spacing w:before="0" w:after="0" w:line="240" w:lineRule="auto"/>
              <w:jc w:val="right"/>
            </w:pPr>
            <w:r/>
            <w:r>
              <w:rPr>
                <w:b/>
                <w:sz w:val="19"/>
              </w:rPr>
              <w:t>26</w:t>
            </w:r>
          </w:p>
        </w:tc>
        <w:tc>
          <w:tcPr>
            <w:tcW w:type="dxa" w:w="1502"/>
            <w:vAlign w:val="center"/>
          </w:tcPr>
          <w:p>
            <w:pPr>
              <w:spacing w:before="0" w:after="0" w:line="240" w:lineRule="auto"/>
              <w:jc w:val="right"/>
            </w:pPr>
            <w:r/>
            <w:r>
              <w:rPr>
                <w:b/>
                <w:sz w:val="19"/>
              </w:rPr>
              <w:t>27</w:t>
            </w:r>
          </w:p>
        </w:tc>
        <w:tc>
          <w:tcPr>
            <w:tcW w:type="dxa" w:w="1502"/>
            <w:vAlign w:val="center"/>
          </w:tcPr>
          <w:p>
            <w:pPr>
              <w:spacing w:before="0" w:after="0" w:line="240" w:lineRule="auto"/>
              <w:jc w:val="right"/>
            </w:pPr>
            <w:r/>
            <w:r>
              <w:rPr>
                <w:b/>
                <w:sz w:val="19"/>
              </w:rPr>
              <w:t>28</w:t>
            </w:r>
          </w:p>
        </w:tc>
        <w:tc>
          <w:tcPr>
            <w:tcW w:type="dxa" w:w="1502"/>
            <w:vAlign w:val="center"/>
          </w:tcPr>
          <w:p>
            <w:pPr>
              <w:spacing w:before="0" w:after="0" w:line="240" w:lineRule="auto"/>
              <w:jc w:val="right"/>
            </w:pPr>
            <w:r/>
            <w:r>
              <w:rPr>
                <w:b/>
                <w:sz w:val="19"/>
              </w:rPr>
              <w:t>29</w:t>
            </w:r>
          </w:p>
        </w:tc>
      </w:tr>
      <w:tr>
        <w:trPr>
          <w:trHeight w:val="302" w:hRule="exact"/>
        </w:trPr>
        <w:tc>
          <w:tcPr>
            <w:tcW w:type="dxa" w:w="1502"/>
            <w:vAlign w:val="center"/>
          </w:tcPr>
          <w:p>
            <w:pPr>
              <w:spacing w:before="0" w:after="0" w:line="240" w:lineRule="auto"/>
              <w:jc w:val="right"/>
            </w:pPr>
            <w:r/>
            <w:r>
              <w:rPr>
                <w:b/>
                <w:sz w:val="19"/>
              </w:rPr>
              <w:t>30</w:t>
            </w:r>
          </w:p>
        </w:tc>
        <w:tc>
          <w:tcPr>
            <w:tcW w:type="dxa" w:w="1502"/>
            <w:vAlign w:val="center"/>
          </w:tcPr>
          <w:p>
            <w:pPr>
              <w:spacing w:before="0" w:after="0" w:line="240" w:lineRule="auto"/>
              <w:jc w:val="right"/>
            </w:pPr>
            <w:r/>
            <w:r>
              <w:rPr>
                <w:b/>
                <w:sz w:val="19"/>
              </w:rPr>
              <w:t>31</w:t>
            </w:r>
          </w:p>
        </w:tc>
        <w:tc>
          <w:tcPr>
            <w:tcW w:type="dxa" w:w="1502"/>
            <w:vAlign w:val="center"/>
          </w:tcPr>
          <w:p>
            <w:pPr>
              <w:spacing w:before="0" w:after="0" w:line="240" w:lineRule="auto"/>
              <w:jc w:val="right"/>
            </w:pPr>
            <w:r/>
            <w:r>
              <w:rPr>
                <w:b/>
                <w:sz w:val="19"/>
              </w:rPr>
            </w:r>
          </w:p>
        </w:tc>
        <w:tc>
          <w:tcPr>
            <w:tcW w:type="dxa" w:w="1502"/>
            <w:vAlign w:val="center"/>
          </w:tcPr>
          <w:p>
            <w:pPr>
              <w:spacing w:before="0" w:after="0" w:line="240" w:lineRule="auto"/>
              <w:jc w:val="right"/>
            </w:pPr>
            <w:r/>
            <w:r>
              <w:rPr>
                <w:b/>
                <w:sz w:val="19"/>
              </w:rPr>
            </w:r>
          </w:p>
        </w:tc>
        <w:tc>
          <w:tcPr>
            <w:tcW w:type="dxa" w:w="1502"/>
            <w:vAlign w:val="center"/>
          </w:tcPr>
          <w:p>
            <w:pPr>
              <w:spacing w:before="0" w:after="0" w:line="240" w:lineRule="auto"/>
              <w:jc w:val="right"/>
            </w:pPr>
            <w:r/>
            <w:r>
              <w:rPr>
                <w:b/>
                <w:sz w:val="19"/>
              </w:rPr>
            </w:r>
          </w:p>
        </w:tc>
        <w:tc>
          <w:tcPr>
            <w:tcW w:type="dxa" w:w="1502"/>
            <w:vAlign w:val="center"/>
          </w:tcPr>
          <w:p>
            <w:pPr>
              <w:spacing w:before="0" w:after="0" w:line="240" w:lineRule="auto"/>
              <w:jc w:val="right"/>
            </w:pPr>
            <w:r/>
            <w:r>
              <w:rPr>
                <w:b/>
                <w:sz w:val="19"/>
              </w:rPr>
            </w:r>
          </w:p>
        </w:tc>
        <w:tc>
          <w:tcPr>
            <w:tcW w:type="dxa" w:w="1502"/>
            <w:vAlign w:val="center"/>
          </w:tcPr>
          <w:p>
            <w:pPr>
              <w:spacing w:before="0" w:after="0" w:line="240" w:lineRule="auto"/>
              <w:jc w:val="right"/>
            </w:pPr>
            <w:r/>
            <w:r>
              <w:rPr>
                <w:b/>
                <w:sz w:val="19"/>
              </w:rPr>
            </w:r>
          </w:p>
        </w:tc>
      </w:tr>
      <w:tr>
        <w:trPr>
          <w:trHeight w:val="244" w:hRule="exact"/>
        </w:trPr>
        <w:tc>
          <w:tcPr>
            <w:tcW w:type="dxa" w:w="1502"/>
            <w:shd w:fill="000000"/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b w:val="0"/>
                <w:sz w:val="2"/>
              </w:rPr>
            </w:r>
          </w:p>
        </w:tc>
        <w:tc>
          <w:tcPr>
            <w:tcW w:type="dxa" w:w="1502"/>
            <w:shd w:fill="000000"/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b w:val="0"/>
                <w:sz w:val="2"/>
              </w:rPr>
            </w:r>
          </w:p>
        </w:tc>
        <w:tc>
          <w:tcPr>
            <w:tcW w:type="dxa" w:w="1502"/>
            <w:shd w:fill="000000"/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b w:val="0"/>
                <w:sz w:val="2"/>
              </w:rPr>
            </w:r>
          </w:p>
        </w:tc>
        <w:tc>
          <w:tcPr>
            <w:tcW w:type="dxa" w:w="1502"/>
            <w:shd w:fill="000000"/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b w:val="0"/>
                <w:sz w:val="2"/>
              </w:rPr>
            </w:r>
          </w:p>
        </w:tc>
        <w:tc>
          <w:tcPr>
            <w:tcW w:type="dxa" w:w="1502"/>
            <w:shd w:fill="000000"/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b w:val="0"/>
                <w:sz w:val="2"/>
              </w:rPr>
            </w:r>
          </w:p>
        </w:tc>
        <w:tc>
          <w:tcPr>
            <w:tcW w:type="dxa" w:w="1502"/>
            <w:shd w:fill="000000"/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b w:val="0"/>
                <w:sz w:val="2"/>
              </w:rPr>
            </w:r>
          </w:p>
        </w:tc>
        <w:tc>
          <w:tcPr>
            <w:tcW w:type="dxa" w:w="1502"/>
            <w:shd w:fill="000000"/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b w:val="0"/>
                <w:sz w:val="2"/>
              </w:rPr>
            </w:r>
          </w:p>
        </w:tc>
      </w:tr>
      <w:tr>
        <w:trPr>
          <w:trHeight w:val="288" w:hRule="exact"/>
        </w:trPr>
        <w:tc>
          <w:tcPr>
            <w:tcW w:type="dxa" w:w="10514"/>
            <w:gridSpan w:val="7"/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b/>
                <w:sz w:val="18"/>
              </w:rPr>
              <w:t>September 2026</w:t>
            </w:r>
          </w:p>
        </w:tc>
      </w:tr>
      <w:tr>
        <w:trPr>
          <w:trHeight w:val="302" w:hRule="exact"/>
        </w:trPr>
        <w:tc>
          <w:tcPr>
            <w:tcW w:type="dxa" w:w="1502"/>
            <w:vAlign w:val="center"/>
          </w:tcPr>
          <w:p>
            <w:pPr>
              <w:spacing w:before="0" w:after="0" w:line="240" w:lineRule="auto"/>
              <w:jc w:val="right"/>
            </w:pPr>
            <w:r/>
            <w:r>
              <w:rPr>
                <w:b/>
                <w:sz w:val="19"/>
              </w:rPr>
            </w:r>
          </w:p>
        </w:tc>
        <w:tc>
          <w:tcPr>
            <w:tcW w:type="dxa" w:w="1502"/>
            <w:vAlign w:val="center"/>
          </w:tcPr>
          <w:p>
            <w:pPr>
              <w:spacing w:before="0" w:after="0" w:line="240" w:lineRule="auto"/>
              <w:jc w:val="right"/>
            </w:pPr>
            <w:r/>
            <w:r>
              <w:rPr>
                <w:b/>
                <w:sz w:val="19"/>
              </w:rPr>
            </w:r>
          </w:p>
        </w:tc>
        <w:tc>
          <w:tcPr>
            <w:tcW w:type="dxa" w:w="1502"/>
            <w:vAlign w:val="center"/>
          </w:tcPr>
          <w:p>
            <w:pPr>
              <w:spacing w:before="0" w:after="0" w:line="240" w:lineRule="auto"/>
              <w:jc w:val="right"/>
            </w:pPr>
            <w:r/>
            <w:r>
              <w:rPr>
                <w:b/>
                <w:sz w:val="19"/>
              </w:rPr>
              <w:t>1</w:t>
            </w:r>
          </w:p>
        </w:tc>
        <w:tc>
          <w:tcPr>
            <w:tcW w:type="dxa" w:w="1502"/>
            <w:vAlign w:val="center"/>
          </w:tcPr>
          <w:p>
            <w:pPr>
              <w:spacing w:before="0" w:after="0" w:line="240" w:lineRule="auto"/>
              <w:jc w:val="right"/>
            </w:pPr>
            <w:r/>
            <w:r>
              <w:rPr>
                <w:b/>
                <w:sz w:val="19"/>
              </w:rPr>
              <w:t>2</w:t>
            </w:r>
          </w:p>
        </w:tc>
        <w:tc>
          <w:tcPr>
            <w:tcW w:type="dxa" w:w="1502"/>
            <w:vAlign w:val="center"/>
          </w:tcPr>
          <w:p>
            <w:pPr>
              <w:spacing w:before="0" w:after="0" w:line="240" w:lineRule="auto"/>
              <w:jc w:val="right"/>
            </w:pPr>
            <w:r/>
            <w:r>
              <w:rPr>
                <w:b/>
                <w:sz w:val="19"/>
              </w:rPr>
              <w:t>3</w:t>
            </w:r>
          </w:p>
        </w:tc>
        <w:tc>
          <w:tcPr>
            <w:tcW w:type="dxa" w:w="1502"/>
            <w:vAlign w:val="center"/>
          </w:tcPr>
          <w:p>
            <w:pPr>
              <w:spacing w:before="0" w:after="0" w:line="240" w:lineRule="auto"/>
              <w:jc w:val="right"/>
            </w:pPr>
            <w:r/>
            <w:r>
              <w:rPr>
                <w:b/>
                <w:sz w:val="19"/>
              </w:rPr>
              <w:t>4</w:t>
            </w:r>
          </w:p>
        </w:tc>
        <w:tc>
          <w:tcPr>
            <w:tcW w:type="dxa" w:w="1502"/>
            <w:vAlign w:val="center"/>
          </w:tcPr>
          <w:p>
            <w:pPr>
              <w:spacing w:before="0" w:after="0" w:line="240" w:lineRule="auto"/>
              <w:jc w:val="right"/>
            </w:pPr>
            <w:r/>
            <w:r>
              <w:rPr>
                <w:b/>
                <w:sz w:val="19"/>
              </w:rPr>
              <w:t>5</w:t>
            </w:r>
          </w:p>
        </w:tc>
      </w:tr>
      <w:tr>
        <w:trPr>
          <w:trHeight w:val="302" w:hRule="exact"/>
        </w:trPr>
        <w:tc>
          <w:tcPr>
            <w:tcW w:type="dxa" w:w="1502"/>
            <w:vAlign w:val="center"/>
          </w:tcPr>
          <w:p>
            <w:pPr>
              <w:spacing w:before="0" w:after="0" w:line="240" w:lineRule="auto"/>
              <w:jc w:val="right"/>
            </w:pPr>
            <w:r/>
            <w:r>
              <w:rPr>
                <w:b/>
                <w:sz w:val="19"/>
              </w:rPr>
              <w:t>6</w:t>
            </w:r>
          </w:p>
        </w:tc>
        <w:tc>
          <w:tcPr>
            <w:tcW w:type="dxa" w:w="1502"/>
            <w:vAlign w:val="center"/>
          </w:tcPr>
          <w:p>
            <w:pPr>
              <w:spacing w:before="0" w:after="0" w:line="240" w:lineRule="auto"/>
              <w:jc w:val="right"/>
            </w:pPr>
            <w:r/>
            <w:r>
              <w:rPr>
                <w:b/>
                <w:sz w:val="19"/>
              </w:rPr>
              <w:t>7</w:t>
            </w:r>
          </w:p>
        </w:tc>
        <w:tc>
          <w:tcPr>
            <w:tcW w:type="dxa" w:w="1502"/>
            <w:vAlign w:val="center"/>
          </w:tcPr>
          <w:p>
            <w:pPr>
              <w:spacing w:before="0" w:after="0" w:line="240" w:lineRule="auto"/>
              <w:jc w:val="right"/>
            </w:pPr>
            <w:r/>
            <w:r>
              <w:rPr>
                <w:b/>
                <w:sz w:val="19"/>
              </w:rPr>
              <w:t>8</w:t>
            </w:r>
          </w:p>
        </w:tc>
        <w:tc>
          <w:tcPr>
            <w:tcW w:type="dxa" w:w="1502"/>
            <w:vAlign w:val="center"/>
          </w:tcPr>
          <w:p>
            <w:pPr>
              <w:spacing w:before="0" w:after="0" w:line="240" w:lineRule="auto"/>
              <w:jc w:val="right"/>
            </w:pPr>
            <w:r/>
            <w:r>
              <w:rPr>
                <w:b/>
                <w:sz w:val="19"/>
              </w:rPr>
              <w:t>9</w:t>
            </w:r>
          </w:p>
        </w:tc>
        <w:tc>
          <w:tcPr>
            <w:tcW w:type="dxa" w:w="1502"/>
            <w:vAlign w:val="center"/>
          </w:tcPr>
          <w:p>
            <w:pPr>
              <w:spacing w:before="0" w:after="0" w:line="240" w:lineRule="auto"/>
              <w:jc w:val="right"/>
            </w:pPr>
            <w:r/>
            <w:r>
              <w:rPr>
                <w:b/>
                <w:sz w:val="19"/>
              </w:rPr>
              <w:t>10</w:t>
            </w:r>
          </w:p>
        </w:tc>
        <w:tc>
          <w:tcPr>
            <w:tcW w:type="dxa" w:w="1502"/>
            <w:vAlign w:val="center"/>
          </w:tcPr>
          <w:p>
            <w:pPr>
              <w:spacing w:before="0" w:after="0" w:line="240" w:lineRule="auto"/>
              <w:jc w:val="right"/>
            </w:pPr>
            <w:r/>
            <w:r>
              <w:rPr>
                <w:b/>
                <w:sz w:val="19"/>
              </w:rPr>
              <w:t>11</w:t>
            </w:r>
          </w:p>
        </w:tc>
        <w:tc>
          <w:tcPr>
            <w:tcW w:type="dxa" w:w="1502"/>
            <w:vAlign w:val="center"/>
          </w:tcPr>
          <w:p>
            <w:pPr>
              <w:spacing w:before="0" w:after="0" w:line="240" w:lineRule="auto"/>
              <w:jc w:val="right"/>
            </w:pPr>
            <w:r/>
            <w:r>
              <w:rPr>
                <w:b/>
                <w:sz w:val="19"/>
              </w:rPr>
              <w:t>12</w:t>
            </w:r>
          </w:p>
        </w:tc>
      </w:tr>
      <w:tr>
        <w:trPr>
          <w:trHeight w:val="302" w:hRule="exact"/>
        </w:trPr>
        <w:tc>
          <w:tcPr>
            <w:tcW w:type="dxa" w:w="1502"/>
            <w:vAlign w:val="center"/>
          </w:tcPr>
          <w:p>
            <w:pPr>
              <w:spacing w:before="0" w:after="0" w:line="240" w:lineRule="auto"/>
              <w:jc w:val="right"/>
            </w:pPr>
            <w:r/>
            <w:r>
              <w:rPr>
                <w:b/>
                <w:sz w:val="19"/>
              </w:rPr>
              <w:t>13</w:t>
            </w:r>
          </w:p>
        </w:tc>
        <w:tc>
          <w:tcPr>
            <w:tcW w:type="dxa" w:w="1502"/>
            <w:vAlign w:val="center"/>
          </w:tcPr>
          <w:p>
            <w:pPr>
              <w:spacing w:before="0" w:after="0" w:line="240" w:lineRule="auto"/>
              <w:jc w:val="right"/>
            </w:pPr>
            <w:r/>
            <w:r>
              <w:rPr>
                <w:b/>
                <w:sz w:val="19"/>
              </w:rPr>
              <w:t>14</w:t>
            </w:r>
          </w:p>
        </w:tc>
        <w:tc>
          <w:tcPr>
            <w:tcW w:type="dxa" w:w="1502"/>
            <w:vAlign w:val="center"/>
          </w:tcPr>
          <w:p>
            <w:pPr>
              <w:spacing w:before="0" w:after="0" w:line="240" w:lineRule="auto"/>
              <w:jc w:val="right"/>
            </w:pPr>
            <w:r/>
            <w:r>
              <w:rPr>
                <w:b/>
                <w:sz w:val="19"/>
              </w:rPr>
              <w:t>15</w:t>
            </w:r>
          </w:p>
        </w:tc>
        <w:tc>
          <w:tcPr>
            <w:tcW w:type="dxa" w:w="1502"/>
            <w:vAlign w:val="center"/>
          </w:tcPr>
          <w:p>
            <w:pPr>
              <w:spacing w:before="0" w:after="0" w:line="240" w:lineRule="auto"/>
              <w:jc w:val="right"/>
            </w:pPr>
            <w:r/>
            <w:r>
              <w:rPr>
                <w:b/>
                <w:sz w:val="19"/>
              </w:rPr>
              <w:t>16</w:t>
            </w:r>
          </w:p>
        </w:tc>
        <w:tc>
          <w:tcPr>
            <w:tcW w:type="dxa" w:w="1502"/>
            <w:vAlign w:val="center"/>
          </w:tcPr>
          <w:p>
            <w:pPr>
              <w:spacing w:before="0" w:after="0" w:line="240" w:lineRule="auto"/>
              <w:jc w:val="right"/>
            </w:pPr>
            <w:r/>
            <w:r>
              <w:rPr>
                <w:b/>
                <w:sz w:val="19"/>
              </w:rPr>
              <w:t>17</w:t>
            </w:r>
          </w:p>
        </w:tc>
        <w:tc>
          <w:tcPr>
            <w:tcW w:type="dxa" w:w="1502"/>
            <w:vAlign w:val="center"/>
          </w:tcPr>
          <w:p>
            <w:pPr>
              <w:spacing w:before="0" w:after="0" w:line="240" w:lineRule="auto"/>
              <w:jc w:val="right"/>
            </w:pPr>
            <w:r/>
            <w:r>
              <w:rPr>
                <w:b/>
                <w:sz w:val="19"/>
              </w:rPr>
              <w:t>18</w:t>
            </w:r>
          </w:p>
        </w:tc>
        <w:tc>
          <w:tcPr>
            <w:tcW w:type="dxa" w:w="1502"/>
            <w:vAlign w:val="center"/>
          </w:tcPr>
          <w:p>
            <w:pPr>
              <w:spacing w:before="0" w:after="0" w:line="240" w:lineRule="auto"/>
              <w:jc w:val="right"/>
            </w:pPr>
            <w:r/>
            <w:r>
              <w:rPr>
                <w:b/>
                <w:sz w:val="19"/>
              </w:rPr>
              <w:t>19</w:t>
            </w:r>
          </w:p>
        </w:tc>
      </w:tr>
      <w:tr>
        <w:trPr>
          <w:trHeight w:val="302" w:hRule="exact"/>
        </w:trPr>
        <w:tc>
          <w:tcPr>
            <w:tcW w:type="dxa" w:w="1502"/>
            <w:vAlign w:val="center"/>
          </w:tcPr>
          <w:p>
            <w:pPr>
              <w:spacing w:before="0" w:after="0" w:line="240" w:lineRule="auto"/>
              <w:jc w:val="right"/>
            </w:pPr>
            <w:r/>
            <w:r>
              <w:rPr>
                <w:b/>
                <w:sz w:val="19"/>
              </w:rPr>
              <w:t>20</w:t>
            </w:r>
          </w:p>
        </w:tc>
        <w:tc>
          <w:tcPr>
            <w:tcW w:type="dxa" w:w="1502"/>
            <w:vAlign w:val="center"/>
          </w:tcPr>
          <w:p>
            <w:pPr>
              <w:spacing w:before="0" w:after="0" w:line="240" w:lineRule="auto"/>
              <w:jc w:val="right"/>
            </w:pPr>
            <w:r/>
            <w:r>
              <w:rPr>
                <w:b/>
                <w:sz w:val="19"/>
              </w:rPr>
              <w:t>21</w:t>
            </w:r>
          </w:p>
        </w:tc>
        <w:tc>
          <w:tcPr>
            <w:tcW w:type="dxa" w:w="1502"/>
            <w:vAlign w:val="center"/>
          </w:tcPr>
          <w:p>
            <w:pPr>
              <w:spacing w:before="0" w:after="0" w:line="240" w:lineRule="auto"/>
              <w:jc w:val="right"/>
            </w:pPr>
            <w:r/>
            <w:r>
              <w:rPr>
                <w:b/>
                <w:sz w:val="19"/>
              </w:rPr>
              <w:t>22</w:t>
            </w:r>
          </w:p>
        </w:tc>
        <w:tc>
          <w:tcPr>
            <w:tcW w:type="dxa" w:w="1502"/>
            <w:vAlign w:val="center"/>
          </w:tcPr>
          <w:p>
            <w:pPr>
              <w:spacing w:before="0" w:after="0" w:line="240" w:lineRule="auto"/>
              <w:jc w:val="right"/>
            </w:pPr>
            <w:r/>
            <w:r>
              <w:rPr>
                <w:b/>
                <w:sz w:val="19"/>
              </w:rPr>
              <w:t>23</w:t>
            </w:r>
          </w:p>
        </w:tc>
        <w:tc>
          <w:tcPr>
            <w:tcW w:type="dxa" w:w="1502"/>
            <w:vAlign w:val="center"/>
          </w:tcPr>
          <w:p>
            <w:pPr>
              <w:spacing w:before="0" w:after="0" w:line="240" w:lineRule="auto"/>
              <w:jc w:val="right"/>
            </w:pPr>
            <w:r/>
            <w:r>
              <w:rPr>
                <w:b/>
                <w:sz w:val="19"/>
              </w:rPr>
              <w:t>24</w:t>
            </w:r>
          </w:p>
        </w:tc>
        <w:tc>
          <w:tcPr>
            <w:tcW w:type="dxa" w:w="1502"/>
            <w:vAlign w:val="center"/>
          </w:tcPr>
          <w:p>
            <w:pPr>
              <w:spacing w:before="0" w:after="0" w:line="240" w:lineRule="auto"/>
              <w:jc w:val="right"/>
            </w:pPr>
            <w:r/>
            <w:r>
              <w:rPr>
                <w:b/>
                <w:sz w:val="19"/>
              </w:rPr>
              <w:t>25</w:t>
            </w:r>
          </w:p>
        </w:tc>
        <w:tc>
          <w:tcPr>
            <w:tcW w:type="dxa" w:w="1502"/>
            <w:vAlign w:val="center"/>
          </w:tcPr>
          <w:p>
            <w:pPr>
              <w:spacing w:before="0" w:after="0" w:line="240" w:lineRule="auto"/>
              <w:jc w:val="right"/>
            </w:pPr>
            <w:r/>
            <w:r>
              <w:rPr>
                <w:b/>
                <w:sz w:val="19"/>
              </w:rPr>
              <w:t>26</w:t>
            </w:r>
          </w:p>
        </w:tc>
      </w:tr>
      <w:tr>
        <w:trPr>
          <w:trHeight w:val="302" w:hRule="exact"/>
        </w:trPr>
        <w:tc>
          <w:tcPr>
            <w:tcW w:type="dxa" w:w="1502"/>
            <w:vAlign w:val="center"/>
          </w:tcPr>
          <w:p>
            <w:pPr>
              <w:spacing w:before="0" w:after="0" w:line="240" w:lineRule="auto"/>
              <w:jc w:val="right"/>
            </w:pPr>
            <w:r/>
            <w:r>
              <w:rPr>
                <w:b/>
                <w:sz w:val="19"/>
              </w:rPr>
              <w:t>27</w:t>
            </w:r>
          </w:p>
        </w:tc>
        <w:tc>
          <w:tcPr>
            <w:tcW w:type="dxa" w:w="1502"/>
            <w:vAlign w:val="center"/>
          </w:tcPr>
          <w:p>
            <w:pPr>
              <w:spacing w:before="0" w:after="0" w:line="240" w:lineRule="auto"/>
              <w:jc w:val="right"/>
            </w:pPr>
            <w:r/>
            <w:r>
              <w:rPr>
                <w:b/>
                <w:sz w:val="19"/>
              </w:rPr>
              <w:t>28</w:t>
            </w:r>
          </w:p>
        </w:tc>
        <w:tc>
          <w:tcPr>
            <w:tcW w:type="dxa" w:w="1502"/>
            <w:vAlign w:val="center"/>
          </w:tcPr>
          <w:p>
            <w:pPr>
              <w:spacing w:before="0" w:after="0" w:line="240" w:lineRule="auto"/>
              <w:jc w:val="right"/>
            </w:pPr>
            <w:r/>
            <w:r>
              <w:rPr>
                <w:b/>
                <w:sz w:val="19"/>
              </w:rPr>
              <w:t>29</w:t>
            </w:r>
          </w:p>
        </w:tc>
        <w:tc>
          <w:tcPr>
            <w:tcW w:type="dxa" w:w="1502"/>
            <w:vAlign w:val="center"/>
          </w:tcPr>
          <w:p>
            <w:pPr>
              <w:spacing w:before="0" w:after="0" w:line="240" w:lineRule="auto"/>
              <w:jc w:val="right"/>
            </w:pPr>
            <w:r/>
            <w:r>
              <w:rPr>
                <w:b/>
                <w:sz w:val="19"/>
              </w:rPr>
              <w:t>30</w:t>
            </w:r>
          </w:p>
        </w:tc>
        <w:tc>
          <w:tcPr>
            <w:tcW w:type="dxa" w:w="1502"/>
            <w:vAlign w:val="center"/>
          </w:tcPr>
          <w:p>
            <w:pPr>
              <w:spacing w:before="0" w:after="0" w:line="240" w:lineRule="auto"/>
              <w:jc w:val="right"/>
            </w:pPr>
            <w:r/>
            <w:r>
              <w:rPr>
                <w:b/>
                <w:sz w:val="19"/>
              </w:rPr>
            </w:r>
          </w:p>
        </w:tc>
        <w:tc>
          <w:tcPr>
            <w:tcW w:type="dxa" w:w="1502"/>
            <w:vAlign w:val="center"/>
          </w:tcPr>
          <w:p>
            <w:pPr>
              <w:spacing w:before="0" w:after="0" w:line="240" w:lineRule="auto"/>
              <w:jc w:val="right"/>
            </w:pPr>
            <w:r/>
            <w:r>
              <w:rPr>
                <w:b/>
                <w:sz w:val="19"/>
              </w:rPr>
            </w:r>
          </w:p>
        </w:tc>
        <w:tc>
          <w:tcPr>
            <w:tcW w:type="dxa" w:w="1502"/>
            <w:vAlign w:val="center"/>
          </w:tcPr>
          <w:p>
            <w:pPr>
              <w:spacing w:before="0" w:after="0" w:line="240" w:lineRule="auto"/>
              <w:jc w:val="right"/>
            </w:pPr>
            <w:r/>
            <w:r>
              <w:rPr>
                <w:b/>
                <w:sz w:val="19"/>
              </w:rPr>
            </w:r>
          </w:p>
        </w:tc>
      </w:tr>
      <w:tr>
        <w:trPr>
          <w:trHeight w:val="302" w:hRule="exact"/>
        </w:trPr>
        <w:tc>
          <w:tcPr>
            <w:tcW w:type="dxa" w:w="1502"/>
            <w:vAlign w:val="center"/>
          </w:tcPr>
          <w:p>
            <w:pPr>
              <w:spacing w:before="0" w:after="0" w:line="240" w:lineRule="auto"/>
              <w:jc w:val="right"/>
            </w:pPr>
            <w:r/>
            <w:r>
              <w:rPr>
                <w:b/>
                <w:sz w:val="19"/>
              </w:rPr>
            </w:r>
          </w:p>
        </w:tc>
        <w:tc>
          <w:tcPr>
            <w:tcW w:type="dxa" w:w="1502"/>
            <w:vAlign w:val="center"/>
          </w:tcPr>
          <w:p>
            <w:pPr>
              <w:spacing w:before="0" w:after="0" w:line="240" w:lineRule="auto"/>
              <w:jc w:val="right"/>
            </w:pPr>
            <w:r/>
            <w:r>
              <w:rPr>
                <w:b/>
                <w:sz w:val="19"/>
              </w:rPr>
            </w:r>
          </w:p>
        </w:tc>
        <w:tc>
          <w:tcPr>
            <w:tcW w:type="dxa" w:w="1502"/>
            <w:vAlign w:val="center"/>
          </w:tcPr>
          <w:p>
            <w:pPr>
              <w:spacing w:before="0" w:after="0" w:line="240" w:lineRule="auto"/>
              <w:jc w:val="right"/>
            </w:pPr>
            <w:r/>
            <w:r>
              <w:rPr>
                <w:b/>
                <w:sz w:val="19"/>
              </w:rPr>
            </w:r>
          </w:p>
        </w:tc>
        <w:tc>
          <w:tcPr>
            <w:tcW w:type="dxa" w:w="1502"/>
            <w:vAlign w:val="center"/>
          </w:tcPr>
          <w:p>
            <w:pPr>
              <w:spacing w:before="0" w:after="0" w:line="240" w:lineRule="auto"/>
              <w:jc w:val="right"/>
            </w:pPr>
            <w:r/>
            <w:r>
              <w:rPr>
                <w:b/>
                <w:sz w:val="19"/>
              </w:rPr>
            </w:r>
          </w:p>
        </w:tc>
        <w:tc>
          <w:tcPr>
            <w:tcW w:type="dxa" w:w="1502"/>
            <w:vAlign w:val="center"/>
          </w:tcPr>
          <w:p>
            <w:pPr>
              <w:spacing w:before="0" w:after="0" w:line="240" w:lineRule="auto"/>
              <w:jc w:val="right"/>
            </w:pPr>
            <w:r/>
            <w:r>
              <w:rPr>
                <w:b/>
                <w:sz w:val="19"/>
              </w:rPr>
            </w:r>
          </w:p>
        </w:tc>
        <w:tc>
          <w:tcPr>
            <w:tcW w:type="dxa" w:w="1502"/>
            <w:vAlign w:val="center"/>
          </w:tcPr>
          <w:p>
            <w:pPr>
              <w:spacing w:before="0" w:after="0" w:line="240" w:lineRule="auto"/>
              <w:jc w:val="right"/>
            </w:pPr>
            <w:r/>
            <w:r>
              <w:rPr>
                <w:b/>
                <w:sz w:val="19"/>
              </w:rPr>
            </w:r>
          </w:p>
        </w:tc>
        <w:tc>
          <w:tcPr>
            <w:tcW w:type="dxa" w:w="1502"/>
            <w:vAlign w:val="center"/>
          </w:tcPr>
          <w:p>
            <w:pPr>
              <w:spacing w:before="0" w:after="0" w:line="240" w:lineRule="auto"/>
              <w:jc w:val="right"/>
            </w:pPr>
            <w:r/>
            <w:r>
              <w:rPr>
                <w:b/>
                <w:sz w:val="19"/>
              </w:rPr>
            </w:r>
          </w:p>
        </w:tc>
      </w:tr>
      <w:tr>
        <w:trPr>
          <w:trHeight w:val="244" w:hRule="exact"/>
        </w:trPr>
        <w:tc>
          <w:tcPr>
            <w:tcW w:type="dxa" w:w="1502"/>
            <w:shd w:fill="000000"/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b w:val="0"/>
                <w:sz w:val="2"/>
              </w:rPr>
            </w:r>
          </w:p>
        </w:tc>
        <w:tc>
          <w:tcPr>
            <w:tcW w:type="dxa" w:w="1502"/>
            <w:shd w:fill="000000"/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b w:val="0"/>
                <w:sz w:val="2"/>
              </w:rPr>
            </w:r>
          </w:p>
        </w:tc>
        <w:tc>
          <w:tcPr>
            <w:tcW w:type="dxa" w:w="1502"/>
            <w:shd w:fill="000000"/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b w:val="0"/>
                <w:sz w:val="2"/>
              </w:rPr>
            </w:r>
          </w:p>
        </w:tc>
        <w:tc>
          <w:tcPr>
            <w:tcW w:type="dxa" w:w="1502"/>
            <w:shd w:fill="000000"/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b w:val="0"/>
                <w:sz w:val="2"/>
              </w:rPr>
            </w:r>
          </w:p>
        </w:tc>
        <w:tc>
          <w:tcPr>
            <w:tcW w:type="dxa" w:w="1502"/>
            <w:shd w:fill="000000"/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b w:val="0"/>
                <w:sz w:val="2"/>
              </w:rPr>
            </w:r>
          </w:p>
        </w:tc>
        <w:tc>
          <w:tcPr>
            <w:tcW w:type="dxa" w:w="1502"/>
            <w:shd w:fill="000000"/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b w:val="0"/>
                <w:sz w:val="2"/>
              </w:rPr>
            </w:r>
          </w:p>
        </w:tc>
        <w:tc>
          <w:tcPr>
            <w:tcW w:type="dxa" w:w="1502"/>
            <w:shd w:fill="000000"/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b w:val="0"/>
                <w:sz w:val="2"/>
              </w:rPr>
            </w:r>
          </w:p>
        </w:tc>
      </w:tr>
      <w:tr>
        <w:trPr>
          <w:trHeight w:val="288" w:hRule="exact"/>
        </w:trPr>
        <w:tc>
          <w:tcPr>
            <w:tcW w:type="dxa" w:w="10514"/>
            <w:gridSpan w:val="7"/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b/>
                <w:sz w:val="18"/>
              </w:rPr>
              <w:t>October 2026</w:t>
            </w:r>
          </w:p>
        </w:tc>
      </w:tr>
      <w:tr>
        <w:trPr>
          <w:trHeight w:val="302" w:hRule="exact"/>
        </w:trPr>
        <w:tc>
          <w:tcPr>
            <w:tcW w:type="dxa" w:w="1502"/>
            <w:vAlign w:val="center"/>
          </w:tcPr>
          <w:p>
            <w:pPr>
              <w:spacing w:before="0" w:after="0" w:line="240" w:lineRule="auto"/>
              <w:jc w:val="right"/>
            </w:pPr>
            <w:r/>
            <w:r>
              <w:rPr>
                <w:b/>
                <w:sz w:val="19"/>
              </w:rPr>
            </w:r>
          </w:p>
        </w:tc>
        <w:tc>
          <w:tcPr>
            <w:tcW w:type="dxa" w:w="1502"/>
            <w:vAlign w:val="center"/>
          </w:tcPr>
          <w:p>
            <w:pPr>
              <w:spacing w:before="0" w:after="0" w:line="240" w:lineRule="auto"/>
              <w:jc w:val="right"/>
            </w:pPr>
            <w:r/>
            <w:r>
              <w:rPr>
                <w:b/>
                <w:sz w:val="19"/>
              </w:rPr>
            </w:r>
          </w:p>
        </w:tc>
        <w:tc>
          <w:tcPr>
            <w:tcW w:type="dxa" w:w="1502"/>
            <w:vAlign w:val="center"/>
          </w:tcPr>
          <w:p>
            <w:pPr>
              <w:spacing w:before="0" w:after="0" w:line="240" w:lineRule="auto"/>
              <w:jc w:val="right"/>
            </w:pPr>
            <w:r/>
            <w:r>
              <w:rPr>
                <w:b/>
                <w:sz w:val="19"/>
              </w:rPr>
            </w:r>
          </w:p>
        </w:tc>
        <w:tc>
          <w:tcPr>
            <w:tcW w:type="dxa" w:w="1502"/>
            <w:vAlign w:val="center"/>
          </w:tcPr>
          <w:p>
            <w:pPr>
              <w:spacing w:before="0" w:after="0" w:line="240" w:lineRule="auto"/>
              <w:jc w:val="right"/>
            </w:pPr>
            <w:r/>
            <w:r>
              <w:rPr>
                <w:b/>
                <w:sz w:val="19"/>
              </w:rPr>
            </w:r>
          </w:p>
        </w:tc>
        <w:tc>
          <w:tcPr>
            <w:tcW w:type="dxa" w:w="1502"/>
            <w:vAlign w:val="center"/>
          </w:tcPr>
          <w:p>
            <w:pPr>
              <w:spacing w:before="0" w:after="0" w:line="240" w:lineRule="auto"/>
              <w:jc w:val="right"/>
            </w:pPr>
            <w:r/>
            <w:r>
              <w:rPr>
                <w:b/>
                <w:sz w:val="19"/>
              </w:rPr>
              <w:t>1</w:t>
            </w:r>
          </w:p>
        </w:tc>
        <w:tc>
          <w:tcPr>
            <w:tcW w:type="dxa" w:w="1502"/>
            <w:vAlign w:val="center"/>
          </w:tcPr>
          <w:p>
            <w:pPr>
              <w:spacing w:before="0" w:after="0" w:line="240" w:lineRule="auto"/>
              <w:jc w:val="right"/>
            </w:pPr>
            <w:r/>
            <w:r>
              <w:rPr>
                <w:b/>
                <w:sz w:val="19"/>
              </w:rPr>
              <w:t>2</w:t>
            </w:r>
          </w:p>
        </w:tc>
        <w:tc>
          <w:tcPr>
            <w:tcW w:type="dxa" w:w="1502"/>
            <w:vAlign w:val="center"/>
          </w:tcPr>
          <w:p>
            <w:pPr>
              <w:spacing w:before="0" w:after="0" w:line="240" w:lineRule="auto"/>
              <w:jc w:val="right"/>
            </w:pPr>
            <w:r/>
            <w:r>
              <w:rPr>
                <w:b/>
                <w:sz w:val="19"/>
              </w:rPr>
              <w:t>3</w:t>
            </w:r>
          </w:p>
        </w:tc>
      </w:tr>
      <w:tr>
        <w:trPr>
          <w:trHeight w:val="302" w:hRule="exact"/>
        </w:trPr>
        <w:tc>
          <w:tcPr>
            <w:tcW w:type="dxa" w:w="1502"/>
            <w:vAlign w:val="center"/>
          </w:tcPr>
          <w:p>
            <w:pPr>
              <w:spacing w:before="0" w:after="0" w:line="240" w:lineRule="auto"/>
              <w:jc w:val="right"/>
            </w:pPr>
            <w:r/>
            <w:r>
              <w:rPr>
                <w:b/>
                <w:sz w:val="19"/>
              </w:rPr>
              <w:t>4</w:t>
            </w:r>
          </w:p>
        </w:tc>
        <w:tc>
          <w:tcPr>
            <w:tcW w:type="dxa" w:w="1502"/>
            <w:vAlign w:val="center"/>
          </w:tcPr>
          <w:p>
            <w:pPr>
              <w:spacing w:before="0" w:after="0" w:line="240" w:lineRule="auto"/>
              <w:jc w:val="right"/>
            </w:pPr>
            <w:r/>
            <w:r>
              <w:rPr>
                <w:b/>
                <w:sz w:val="19"/>
              </w:rPr>
              <w:t>5</w:t>
            </w:r>
          </w:p>
        </w:tc>
        <w:tc>
          <w:tcPr>
            <w:tcW w:type="dxa" w:w="1502"/>
            <w:vAlign w:val="center"/>
          </w:tcPr>
          <w:p>
            <w:pPr>
              <w:spacing w:before="0" w:after="0" w:line="240" w:lineRule="auto"/>
              <w:jc w:val="right"/>
            </w:pPr>
            <w:r/>
            <w:r>
              <w:rPr>
                <w:b/>
                <w:sz w:val="19"/>
              </w:rPr>
              <w:t>6</w:t>
            </w:r>
          </w:p>
        </w:tc>
        <w:tc>
          <w:tcPr>
            <w:tcW w:type="dxa" w:w="1502"/>
            <w:vAlign w:val="center"/>
          </w:tcPr>
          <w:p>
            <w:pPr>
              <w:spacing w:before="0" w:after="0" w:line="240" w:lineRule="auto"/>
              <w:jc w:val="right"/>
            </w:pPr>
            <w:r/>
            <w:r>
              <w:rPr>
                <w:b/>
                <w:sz w:val="19"/>
              </w:rPr>
              <w:t>7</w:t>
            </w:r>
          </w:p>
        </w:tc>
        <w:tc>
          <w:tcPr>
            <w:tcW w:type="dxa" w:w="1502"/>
            <w:vAlign w:val="center"/>
          </w:tcPr>
          <w:p>
            <w:pPr>
              <w:spacing w:before="0" w:after="0" w:line="240" w:lineRule="auto"/>
              <w:jc w:val="right"/>
            </w:pPr>
            <w:r/>
            <w:r>
              <w:rPr>
                <w:b/>
                <w:sz w:val="19"/>
              </w:rPr>
              <w:t>8</w:t>
            </w:r>
          </w:p>
        </w:tc>
        <w:tc>
          <w:tcPr>
            <w:tcW w:type="dxa" w:w="1502"/>
            <w:vAlign w:val="center"/>
          </w:tcPr>
          <w:p>
            <w:pPr>
              <w:spacing w:before="0" w:after="0" w:line="240" w:lineRule="auto"/>
              <w:jc w:val="right"/>
            </w:pPr>
            <w:r/>
            <w:r>
              <w:rPr>
                <w:b/>
                <w:sz w:val="19"/>
              </w:rPr>
              <w:t>9</w:t>
            </w:r>
          </w:p>
        </w:tc>
        <w:tc>
          <w:tcPr>
            <w:tcW w:type="dxa" w:w="1502"/>
            <w:vAlign w:val="center"/>
          </w:tcPr>
          <w:p>
            <w:pPr>
              <w:spacing w:before="0" w:after="0" w:line="240" w:lineRule="auto"/>
              <w:jc w:val="right"/>
            </w:pPr>
            <w:r/>
            <w:r>
              <w:rPr>
                <w:b/>
                <w:sz w:val="19"/>
              </w:rPr>
              <w:t>10</w:t>
            </w:r>
          </w:p>
        </w:tc>
      </w:tr>
      <w:tr>
        <w:trPr>
          <w:trHeight w:val="302" w:hRule="exact"/>
        </w:trPr>
        <w:tc>
          <w:tcPr>
            <w:tcW w:type="dxa" w:w="1502"/>
            <w:vAlign w:val="center"/>
          </w:tcPr>
          <w:p>
            <w:pPr>
              <w:spacing w:before="0" w:after="0" w:line="240" w:lineRule="auto"/>
              <w:jc w:val="right"/>
            </w:pPr>
            <w:r/>
            <w:r>
              <w:rPr>
                <w:b/>
                <w:sz w:val="19"/>
              </w:rPr>
              <w:t>11</w:t>
            </w:r>
          </w:p>
        </w:tc>
        <w:tc>
          <w:tcPr>
            <w:tcW w:type="dxa" w:w="1502"/>
            <w:vAlign w:val="center"/>
          </w:tcPr>
          <w:p>
            <w:pPr>
              <w:spacing w:before="0" w:after="0" w:line="240" w:lineRule="auto"/>
              <w:jc w:val="right"/>
            </w:pPr>
            <w:r/>
            <w:r>
              <w:rPr>
                <w:b/>
                <w:sz w:val="19"/>
              </w:rPr>
              <w:t>12</w:t>
            </w:r>
          </w:p>
        </w:tc>
        <w:tc>
          <w:tcPr>
            <w:tcW w:type="dxa" w:w="1502"/>
            <w:vAlign w:val="center"/>
          </w:tcPr>
          <w:p>
            <w:pPr>
              <w:spacing w:before="0" w:after="0" w:line="240" w:lineRule="auto"/>
              <w:jc w:val="right"/>
            </w:pPr>
            <w:r/>
            <w:r>
              <w:rPr>
                <w:b/>
                <w:sz w:val="19"/>
              </w:rPr>
              <w:t>13</w:t>
            </w:r>
          </w:p>
        </w:tc>
        <w:tc>
          <w:tcPr>
            <w:tcW w:type="dxa" w:w="1502"/>
            <w:vAlign w:val="center"/>
          </w:tcPr>
          <w:p>
            <w:pPr>
              <w:spacing w:before="0" w:after="0" w:line="240" w:lineRule="auto"/>
              <w:jc w:val="right"/>
            </w:pPr>
            <w:r/>
            <w:r>
              <w:rPr>
                <w:b/>
                <w:sz w:val="19"/>
              </w:rPr>
              <w:t>14</w:t>
            </w:r>
          </w:p>
        </w:tc>
        <w:tc>
          <w:tcPr>
            <w:tcW w:type="dxa" w:w="1502"/>
            <w:vAlign w:val="center"/>
          </w:tcPr>
          <w:p>
            <w:pPr>
              <w:spacing w:before="0" w:after="0" w:line="240" w:lineRule="auto"/>
              <w:jc w:val="right"/>
            </w:pPr>
            <w:r/>
            <w:r>
              <w:rPr>
                <w:b/>
                <w:sz w:val="19"/>
              </w:rPr>
              <w:t>15</w:t>
            </w:r>
          </w:p>
        </w:tc>
        <w:tc>
          <w:tcPr>
            <w:tcW w:type="dxa" w:w="1502"/>
            <w:vAlign w:val="center"/>
          </w:tcPr>
          <w:p>
            <w:pPr>
              <w:spacing w:before="0" w:after="0" w:line="240" w:lineRule="auto"/>
              <w:jc w:val="right"/>
            </w:pPr>
            <w:r/>
            <w:r>
              <w:rPr>
                <w:b/>
                <w:sz w:val="19"/>
              </w:rPr>
              <w:t>16</w:t>
            </w:r>
          </w:p>
        </w:tc>
        <w:tc>
          <w:tcPr>
            <w:tcW w:type="dxa" w:w="1502"/>
            <w:vAlign w:val="center"/>
          </w:tcPr>
          <w:p>
            <w:pPr>
              <w:spacing w:before="0" w:after="0" w:line="240" w:lineRule="auto"/>
              <w:jc w:val="right"/>
            </w:pPr>
            <w:r/>
            <w:r>
              <w:rPr>
                <w:b/>
                <w:sz w:val="19"/>
              </w:rPr>
              <w:t>17</w:t>
            </w:r>
          </w:p>
        </w:tc>
      </w:tr>
      <w:tr>
        <w:trPr>
          <w:trHeight w:val="302" w:hRule="exact"/>
        </w:trPr>
        <w:tc>
          <w:tcPr>
            <w:tcW w:type="dxa" w:w="1502"/>
            <w:vAlign w:val="center"/>
          </w:tcPr>
          <w:p>
            <w:pPr>
              <w:spacing w:before="0" w:after="0" w:line="240" w:lineRule="auto"/>
              <w:jc w:val="right"/>
            </w:pPr>
            <w:r/>
            <w:r>
              <w:rPr>
                <w:b/>
                <w:sz w:val="19"/>
              </w:rPr>
              <w:t>18</w:t>
            </w:r>
          </w:p>
        </w:tc>
        <w:tc>
          <w:tcPr>
            <w:tcW w:type="dxa" w:w="1502"/>
            <w:vAlign w:val="center"/>
          </w:tcPr>
          <w:p>
            <w:pPr>
              <w:spacing w:before="0" w:after="0" w:line="240" w:lineRule="auto"/>
              <w:jc w:val="right"/>
            </w:pPr>
            <w:r/>
            <w:r>
              <w:rPr>
                <w:b/>
                <w:sz w:val="19"/>
              </w:rPr>
              <w:t>19</w:t>
            </w:r>
          </w:p>
        </w:tc>
        <w:tc>
          <w:tcPr>
            <w:tcW w:type="dxa" w:w="1502"/>
            <w:vAlign w:val="center"/>
          </w:tcPr>
          <w:p>
            <w:pPr>
              <w:spacing w:before="0" w:after="0" w:line="240" w:lineRule="auto"/>
              <w:jc w:val="right"/>
            </w:pPr>
            <w:r/>
            <w:r>
              <w:rPr>
                <w:b/>
                <w:sz w:val="19"/>
              </w:rPr>
              <w:t>20</w:t>
            </w:r>
          </w:p>
        </w:tc>
        <w:tc>
          <w:tcPr>
            <w:tcW w:type="dxa" w:w="1502"/>
            <w:vAlign w:val="center"/>
          </w:tcPr>
          <w:p>
            <w:pPr>
              <w:spacing w:before="0" w:after="0" w:line="240" w:lineRule="auto"/>
              <w:jc w:val="right"/>
            </w:pPr>
            <w:r/>
            <w:r>
              <w:rPr>
                <w:b/>
                <w:sz w:val="19"/>
              </w:rPr>
              <w:t>21</w:t>
            </w:r>
          </w:p>
        </w:tc>
        <w:tc>
          <w:tcPr>
            <w:tcW w:type="dxa" w:w="1502"/>
            <w:vAlign w:val="center"/>
          </w:tcPr>
          <w:p>
            <w:pPr>
              <w:spacing w:before="0" w:after="0" w:line="240" w:lineRule="auto"/>
              <w:jc w:val="right"/>
            </w:pPr>
            <w:r/>
            <w:r>
              <w:rPr>
                <w:b/>
                <w:sz w:val="19"/>
              </w:rPr>
              <w:t>22</w:t>
            </w:r>
          </w:p>
        </w:tc>
        <w:tc>
          <w:tcPr>
            <w:tcW w:type="dxa" w:w="1502"/>
            <w:vAlign w:val="center"/>
          </w:tcPr>
          <w:p>
            <w:pPr>
              <w:spacing w:before="0" w:after="0" w:line="240" w:lineRule="auto"/>
              <w:jc w:val="right"/>
            </w:pPr>
            <w:r/>
            <w:r>
              <w:rPr>
                <w:b/>
                <w:sz w:val="19"/>
              </w:rPr>
              <w:t>23</w:t>
            </w:r>
          </w:p>
        </w:tc>
        <w:tc>
          <w:tcPr>
            <w:tcW w:type="dxa" w:w="1502"/>
            <w:vAlign w:val="center"/>
          </w:tcPr>
          <w:p>
            <w:pPr>
              <w:spacing w:before="0" w:after="0" w:line="240" w:lineRule="auto"/>
              <w:jc w:val="right"/>
            </w:pPr>
            <w:r/>
            <w:r>
              <w:rPr>
                <w:b/>
                <w:sz w:val="19"/>
              </w:rPr>
              <w:t>24</w:t>
            </w:r>
          </w:p>
        </w:tc>
      </w:tr>
      <w:tr>
        <w:trPr>
          <w:trHeight w:val="302" w:hRule="exact"/>
        </w:trPr>
        <w:tc>
          <w:tcPr>
            <w:tcW w:type="dxa" w:w="1502"/>
            <w:vAlign w:val="center"/>
          </w:tcPr>
          <w:p>
            <w:pPr>
              <w:spacing w:before="0" w:after="0" w:line="240" w:lineRule="auto"/>
              <w:jc w:val="right"/>
            </w:pPr>
            <w:r/>
            <w:r>
              <w:rPr>
                <w:b/>
                <w:sz w:val="19"/>
              </w:rPr>
              <w:t>25</w:t>
            </w:r>
          </w:p>
        </w:tc>
        <w:tc>
          <w:tcPr>
            <w:tcW w:type="dxa" w:w="1502"/>
            <w:vAlign w:val="center"/>
          </w:tcPr>
          <w:p>
            <w:pPr>
              <w:spacing w:before="0" w:after="0" w:line="240" w:lineRule="auto"/>
              <w:jc w:val="right"/>
            </w:pPr>
            <w:r/>
            <w:r>
              <w:rPr>
                <w:b/>
                <w:sz w:val="19"/>
              </w:rPr>
              <w:t>26</w:t>
            </w:r>
          </w:p>
        </w:tc>
        <w:tc>
          <w:tcPr>
            <w:tcW w:type="dxa" w:w="1502"/>
            <w:vAlign w:val="center"/>
          </w:tcPr>
          <w:p>
            <w:pPr>
              <w:spacing w:before="0" w:after="0" w:line="240" w:lineRule="auto"/>
              <w:jc w:val="right"/>
            </w:pPr>
            <w:r/>
            <w:r>
              <w:rPr>
                <w:b/>
                <w:sz w:val="19"/>
              </w:rPr>
              <w:t>27</w:t>
            </w:r>
          </w:p>
        </w:tc>
        <w:tc>
          <w:tcPr>
            <w:tcW w:type="dxa" w:w="1502"/>
            <w:vAlign w:val="center"/>
          </w:tcPr>
          <w:p>
            <w:pPr>
              <w:spacing w:before="0" w:after="0" w:line="240" w:lineRule="auto"/>
              <w:jc w:val="right"/>
            </w:pPr>
            <w:r/>
            <w:r>
              <w:rPr>
                <w:b/>
                <w:sz w:val="19"/>
              </w:rPr>
              <w:t>28</w:t>
            </w:r>
          </w:p>
        </w:tc>
        <w:tc>
          <w:tcPr>
            <w:tcW w:type="dxa" w:w="1502"/>
            <w:vAlign w:val="center"/>
          </w:tcPr>
          <w:p>
            <w:pPr>
              <w:spacing w:before="0" w:after="0" w:line="240" w:lineRule="auto"/>
              <w:jc w:val="right"/>
            </w:pPr>
            <w:r/>
            <w:r>
              <w:rPr>
                <w:b/>
                <w:sz w:val="19"/>
              </w:rPr>
              <w:t>29</w:t>
            </w:r>
          </w:p>
        </w:tc>
        <w:tc>
          <w:tcPr>
            <w:tcW w:type="dxa" w:w="1502"/>
            <w:vAlign w:val="center"/>
          </w:tcPr>
          <w:p>
            <w:pPr>
              <w:spacing w:before="0" w:after="0" w:line="240" w:lineRule="auto"/>
              <w:jc w:val="right"/>
            </w:pPr>
            <w:r/>
            <w:r>
              <w:rPr>
                <w:b/>
                <w:sz w:val="19"/>
              </w:rPr>
              <w:t>30</w:t>
            </w:r>
          </w:p>
        </w:tc>
        <w:tc>
          <w:tcPr>
            <w:tcW w:type="dxa" w:w="1502"/>
            <w:vAlign w:val="center"/>
          </w:tcPr>
          <w:p>
            <w:pPr>
              <w:spacing w:before="0" w:after="0" w:line="240" w:lineRule="auto"/>
              <w:jc w:val="right"/>
            </w:pPr>
            <w:r/>
            <w:r>
              <w:rPr>
                <w:b/>
                <w:sz w:val="19"/>
              </w:rPr>
              <w:t>31</w:t>
            </w:r>
          </w:p>
        </w:tc>
      </w:tr>
      <w:tr>
        <w:trPr>
          <w:trHeight w:val="302" w:hRule="exact"/>
        </w:trPr>
        <w:tc>
          <w:tcPr>
            <w:tcW w:type="dxa" w:w="1502"/>
            <w:vAlign w:val="center"/>
          </w:tcPr>
          <w:p>
            <w:pPr>
              <w:spacing w:before="0" w:after="0" w:line="240" w:lineRule="auto"/>
              <w:jc w:val="right"/>
            </w:pPr>
            <w:r/>
            <w:r>
              <w:rPr>
                <w:b/>
                <w:sz w:val="19"/>
              </w:rPr>
            </w:r>
          </w:p>
        </w:tc>
        <w:tc>
          <w:tcPr>
            <w:tcW w:type="dxa" w:w="1502"/>
            <w:vAlign w:val="center"/>
          </w:tcPr>
          <w:p>
            <w:pPr>
              <w:spacing w:before="0" w:after="0" w:line="240" w:lineRule="auto"/>
              <w:jc w:val="right"/>
            </w:pPr>
            <w:r/>
            <w:r>
              <w:rPr>
                <w:b/>
                <w:sz w:val="19"/>
              </w:rPr>
            </w:r>
          </w:p>
        </w:tc>
        <w:tc>
          <w:tcPr>
            <w:tcW w:type="dxa" w:w="1502"/>
            <w:vAlign w:val="center"/>
          </w:tcPr>
          <w:p>
            <w:pPr>
              <w:spacing w:before="0" w:after="0" w:line="240" w:lineRule="auto"/>
              <w:jc w:val="right"/>
            </w:pPr>
            <w:r/>
            <w:r>
              <w:rPr>
                <w:b/>
                <w:sz w:val="19"/>
              </w:rPr>
            </w:r>
          </w:p>
        </w:tc>
        <w:tc>
          <w:tcPr>
            <w:tcW w:type="dxa" w:w="1502"/>
            <w:vAlign w:val="center"/>
          </w:tcPr>
          <w:p>
            <w:pPr>
              <w:spacing w:before="0" w:after="0" w:line="240" w:lineRule="auto"/>
              <w:jc w:val="right"/>
            </w:pPr>
            <w:r/>
            <w:r>
              <w:rPr>
                <w:b/>
                <w:sz w:val="19"/>
              </w:rPr>
            </w:r>
          </w:p>
        </w:tc>
        <w:tc>
          <w:tcPr>
            <w:tcW w:type="dxa" w:w="1502"/>
            <w:vAlign w:val="center"/>
          </w:tcPr>
          <w:p>
            <w:pPr>
              <w:spacing w:before="0" w:after="0" w:line="240" w:lineRule="auto"/>
              <w:jc w:val="right"/>
            </w:pPr>
            <w:r/>
            <w:r>
              <w:rPr>
                <w:b/>
                <w:sz w:val="19"/>
              </w:rPr>
            </w:r>
          </w:p>
        </w:tc>
        <w:tc>
          <w:tcPr>
            <w:tcW w:type="dxa" w:w="1502"/>
            <w:vAlign w:val="center"/>
          </w:tcPr>
          <w:p>
            <w:pPr>
              <w:spacing w:before="0" w:after="0" w:line="240" w:lineRule="auto"/>
              <w:jc w:val="right"/>
            </w:pPr>
            <w:r/>
            <w:r>
              <w:rPr>
                <w:b/>
                <w:sz w:val="19"/>
              </w:rPr>
            </w:r>
          </w:p>
        </w:tc>
        <w:tc>
          <w:tcPr>
            <w:tcW w:type="dxa" w:w="1502"/>
            <w:vAlign w:val="center"/>
          </w:tcPr>
          <w:p>
            <w:pPr>
              <w:spacing w:before="0" w:after="0" w:line="240" w:lineRule="auto"/>
              <w:jc w:val="right"/>
            </w:pPr>
            <w:r/>
            <w:r>
              <w:rPr>
                <w:b/>
                <w:sz w:val="19"/>
              </w:rPr>
            </w:r>
          </w:p>
        </w:tc>
      </w:tr>
    </w:tbl>
    <w:p>
      <w:r>
        <w:br w:type="page"/>
      </w:r>
    </w:p>
    <w:p>
      <w:pPr>
        <w:spacing w:after="60"/>
      </w:pP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563"/>
        <w:gridCol w:w="1563"/>
        <w:gridCol w:w="1563"/>
        <w:gridCol w:w="1563"/>
        <w:gridCol w:w="1563"/>
        <w:gridCol w:w="1563"/>
        <w:gridCol w:w="1563"/>
      </w:tblGrid>
      <w:tr>
        <w:trPr>
          <w:trHeight w:val="316" w:hRule="exact"/>
        </w:trPr>
        <w:tc>
          <w:tcPr>
            <w:tcW w:type="dxa" w:w="1502"/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b/>
                <w:sz w:val="21"/>
              </w:rPr>
              <w:t>Sunday</w:t>
            </w:r>
          </w:p>
        </w:tc>
        <w:tc>
          <w:tcPr>
            <w:tcW w:type="dxa" w:w="1502"/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b/>
                <w:sz w:val="21"/>
              </w:rPr>
              <w:t>Monday</w:t>
            </w:r>
          </w:p>
        </w:tc>
        <w:tc>
          <w:tcPr>
            <w:tcW w:type="dxa" w:w="1502"/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b/>
                <w:sz w:val="21"/>
              </w:rPr>
              <w:t>Tuesday</w:t>
            </w:r>
          </w:p>
        </w:tc>
        <w:tc>
          <w:tcPr>
            <w:tcW w:type="dxa" w:w="1502"/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b/>
                <w:sz w:val="21"/>
              </w:rPr>
              <w:t>Wednesday</w:t>
            </w:r>
          </w:p>
        </w:tc>
        <w:tc>
          <w:tcPr>
            <w:tcW w:type="dxa" w:w="1502"/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b/>
                <w:sz w:val="21"/>
              </w:rPr>
              <w:t>Thursday</w:t>
            </w:r>
          </w:p>
        </w:tc>
        <w:tc>
          <w:tcPr>
            <w:tcW w:type="dxa" w:w="1502"/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b/>
                <w:sz w:val="21"/>
              </w:rPr>
              <w:t>Friday</w:t>
            </w:r>
          </w:p>
        </w:tc>
        <w:tc>
          <w:tcPr>
            <w:tcW w:type="dxa" w:w="1502"/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b/>
                <w:sz w:val="21"/>
              </w:rPr>
              <w:t>Saturday</w:t>
            </w:r>
          </w:p>
        </w:tc>
      </w:tr>
      <w:tr>
        <w:trPr>
          <w:trHeight w:val="244" w:hRule="exact"/>
        </w:trPr>
        <w:tc>
          <w:tcPr>
            <w:tcW w:type="dxa" w:w="1502"/>
            <w:shd w:fill="000000"/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b w:val="0"/>
                <w:sz w:val="2"/>
              </w:rPr>
            </w:r>
          </w:p>
        </w:tc>
        <w:tc>
          <w:tcPr>
            <w:tcW w:type="dxa" w:w="1502"/>
            <w:shd w:fill="000000"/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b w:val="0"/>
                <w:sz w:val="2"/>
              </w:rPr>
            </w:r>
          </w:p>
        </w:tc>
        <w:tc>
          <w:tcPr>
            <w:tcW w:type="dxa" w:w="1502"/>
            <w:shd w:fill="000000"/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b w:val="0"/>
                <w:sz w:val="2"/>
              </w:rPr>
            </w:r>
          </w:p>
        </w:tc>
        <w:tc>
          <w:tcPr>
            <w:tcW w:type="dxa" w:w="1502"/>
            <w:shd w:fill="000000"/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b w:val="0"/>
                <w:sz w:val="2"/>
              </w:rPr>
            </w:r>
          </w:p>
        </w:tc>
        <w:tc>
          <w:tcPr>
            <w:tcW w:type="dxa" w:w="1502"/>
            <w:shd w:fill="000000"/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b w:val="0"/>
                <w:sz w:val="2"/>
              </w:rPr>
            </w:r>
          </w:p>
        </w:tc>
        <w:tc>
          <w:tcPr>
            <w:tcW w:type="dxa" w:w="1502"/>
            <w:shd w:fill="000000"/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b w:val="0"/>
                <w:sz w:val="2"/>
              </w:rPr>
            </w:r>
          </w:p>
        </w:tc>
        <w:tc>
          <w:tcPr>
            <w:tcW w:type="dxa" w:w="1502"/>
            <w:shd w:fill="000000"/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b w:val="0"/>
                <w:sz w:val="2"/>
              </w:rPr>
            </w:r>
          </w:p>
        </w:tc>
      </w:tr>
      <w:tr>
        <w:trPr>
          <w:trHeight w:val="288" w:hRule="exact"/>
        </w:trPr>
        <w:tc>
          <w:tcPr>
            <w:tcW w:type="dxa" w:w="10514"/>
            <w:gridSpan w:val="7"/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b/>
                <w:sz w:val="18"/>
              </w:rPr>
              <w:t>November 2026</w:t>
            </w:r>
          </w:p>
        </w:tc>
      </w:tr>
      <w:tr>
        <w:trPr>
          <w:trHeight w:val="302" w:hRule="exact"/>
        </w:trPr>
        <w:tc>
          <w:tcPr>
            <w:tcW w:type="dxa" w:w="1502"/>
            <w:vAlign w:val="center"/>
          </w:tcPr>
          <w:p>
            <w:pPr>
              <w:spacing w:before="0" w:after="0" w:line="240" w:lineRule="auto"/>
              <w:jc w:val="right"/>
            </w:pPr>
            <w:r/>
            <w:r>
              <w:rPr>
                <w:b/>
                <w:sz w:val="19"/>
              </w:rPr>
              <w:t>1</w:t>
            </w:r>
          </w:p>
        </w:tc>
        <w:tc>
          <w:tcPr>
            <w:tcW w:type="dxa" w:w="1502"/>
            <w:vAlign w:val="center"/>
          </w:tcPr>
          <w:p>
            <w:pPr>
              <w:spacing w:before="0" w:after="0" w:line="240" w:lineRule="auto"/>
              <w:jc w:val="right"/>
            </w:pPr>
            <w:r/>
            <w:r>
              <w:rPr>
                <w:b/>
                <w:sz w:val="19"/>
              </w:rPr>
              <w:t>2</w:t>
            </w:r>
          </w:p>
        </w:tc>
        <w:tc>
          <w:tcPr>
            <w:tcW w:type="dxa" w:w="1502"/>
            <w:vAlign w:val="center"/>
          </w:tcPr>
          <w:p>
            <w:pPr>
              <w:spacing w:before="0" w:after="0" w:line="240" w:lineRule="auto"/>
              <w:jc w:val="right"/>
            </w:pPr>
            <w:r/>
            <w:r>
              <w:rPr>
                <w:b/>
                <w:sz w:val="19"/>
              </w:rPr>
              <w:t>3</w:t>
            </w:r>
          </w:p>
        </w:tc>
        <w:tc>
          <w:tcPr>
            <w:tcW w:type="dxa" w:w="1502"/>
            <w:vAlign w:val="center"/>
          </w:tcPr>
          <w:p>
            <w:pPr>
              <w:spacing w:before="0" w:after="0" w:line="240" w:lineRule="auto"/>
              <w:jc w:val="right"/>
            </w:pPr>
            <w:r/>
            <w:r>
              <w:rPr>
                <w:b/>
                <w:sz w:val="19"/>
              </w:rPr>
              <w:t>4</w:t>
            </w:r>
          </w:p>
        </w:tc>
        <w:tc>
          <w:tcPr>
            <w:tcW w:type="dxa" w:w="1502"/>
            <w:vAlign w:val="center"/>
          </w:tcPr>
          <w:p>
            <w:pPr>
              <w:spacing w:before="0" w:after="0" w:line="240" w:lineRule="auto"/>
              <w:jc w:val="right"/>
            </w:pPr>
            <w:r/>
            <w:r>
              <w:rPr>
                <w:b/>
                <w:sz w:val="19"/>
              </w:rPr>
              <w:t>5</w:t>
            </w:r>
          </w:p>
        </w:tc>
        <w:tc>
          <w:tcPr>
            <w:tcW w:type="dxa" w:w="1502"/>
            <w:vAlign w:val="center"/>
          </w:tcPr>
          <w:p>
            <w:pPr>
              <w:spacing w:before="0" w:after="0" w:line="240" w:lineRule="auto"/>
              <w:jc w:val="right"/>
            </w:pPr>
            <w:r/>
            <w:r>
              <w:rPr>
                <w:b/>
                <w:sz w:val="19"/>
              </w:rPr>
              <w:t>6</w:t>
            </w:r>
          </w:p>
        </w:tc>
        <w:tc>
          <w:tcPr>
            <w:tcW w:type="dxa" w:w="1502"/>
            <w:vAlign w:val="center"/>
          </w:tcPr>
          <w:p>
            <w:pPr>
              <w:spacing w:before="0" w:after="0" w:line="240" w:lineRule="auto"/>
              <w:jc w:val="right"/>
            </w:pPr>
            <w:r/>
            <w:r>
              <w:rPr>
                <w:b/>
                <w:sz w:val="19"/>
              </w:rPr>
              <w:t>7</w:t>
            </w:r>
          </w:p>
        </w:tc>
      </w:tr>
      <w:tr>
        <w:trPr>
          <w:trHeight w:val="302" w:hRule="exact"/>
        </w:trPr>
        <w:tc>
          <w:tcPr>
            <w:tcW w:type="dxa" w:w="1502"/>
            <w:vAlign w:val="center"/>
          </w:tcPr>
          <w:p>
            <w:pPr>
              <w:spacing w:before="0" w:after="0" w:line="240" w:lineRule="auto"/>
              <w:jc w:val="right"/>
            </w:pPr>
            <w:r/>
            <w:r>
              <w:rPr>
                <w:b/>
                <w:sz w:val="19"/>
              </w:rPr>
              <w:t>8</w:t>
            </w:r>
          </w:p>
        </w:tc>
        <w:tc>
          <w:tcPr>
            <w:tcW w:type="dxa" w:w="1502"/>
            <w:vAlign w:val="center"/>
          </w:tcPr>
          <w:p>
            <w:pPr>
              <w:spacing w:before="0" w:after="0" w:line="240" w:lineRule="auto"/>
              <w:jc w:val="right"/>
            </w:pPr>
            <w:r/>
            <w:r>
              <w:rPr>
                <w:b/>
                <w:sz w:val="19"/>
              </w:rPr>
              <w:t>9</w:t>
            </w:r>
          </w:p>
        </w:tc>
        <w:tc>
          <w:tcPr>
            <w:tcW w:type="dxa" w:w="1502"/>
            <w:vAlign w:val="center"/>
          </w:tcPr>
          <w:p>
            <w:pPr>
              <w:spacing w:before="0" w:after="0" w:line="240" w:lineRule="auto"/>
              <w:jc w:val="right"/>
            </w:pPr>
            <w:r/>
            <w:r>
              <w:rPr>
                <w:b/>
                <w:sz w:val="19"/>
              </w:rPr>
              <w:t>10</w:t>
            </w:r>
          </w:p>
        </w:tc>
        <w:tc>
          <w:tcPr>
            <w:tcW w:type="dxa" w:w="1502"/>
            <w:vAlign w:val="center"/>
          </w:tcPr>
          <w:p>
            <w:pPr>
              <w:spacing w:before="0" w:after="0" w:line="240" w:lineRule="auto"/>
              <w:jc w:val="right"/>
            </w:pPr>
            <w:r/>
            <w:r>
              <w:rPr>
                <w:b/>
                <w:sz w:val="19"/>
              </w:rPr>
              <w:t>11</w:t>
            </w:r>
          </w:p>
        </w:tc>
        <w:tc>
          <w:tcPr>
            <w:tcW w:type="dxa" w:w="1502"/>
            <w:vAlign w:val="center"/>
          </w:tcPr>
          <w:p>
            <w:pPr>
              <w:spacing w:before="0" w:after="0" w:line="240" w:lineRule="auto"/>
              <w:jc w:val="right"/>
            </w:pPr>
            <w:r/>
            <w:r>
              <w:rPr>
                <w:b/>
                <w:sz w:val="19"/>
              </w:rPr>
              <w:t>12</w:t>
            </w:r>
          </w:p>
        </w:tc>
        <w:tc>
          <w:tcPr>
            <w:tcW w:type="dxa" w:w="1502"/>
            <w:vAlign w:val="center"/>
          </w:tcPr>
          <w:p>
            <w:pPr>
              <w:spacing w:before="0" w:after="0" w:line="240" w:lineRule="auto"/>
              <w:jc w:val="right"/>
            </w:pPr>
            <w:r/>
            <w:r>
              <w:rPr>
                <w:b/>
                <w:sz w:val="19"/>
              </w:rPr>
              <w:t>13</w:t>
            </w:r>
          </w:p>
        </w:tc>
        <w:tc>
          <w:tcPr>
            <w:tcW w:type="dxa" w:w="1502"/>
            <w:vAlign w:val="center"/>
          </w:tcPr>
          <w:p>
            <w:pPr>
              <w:spacing w:before="0" w:after="0" w:line="240" w:lineRule="auto"/>
              <w:jc w:val="right"/>
            </w:pPr>
            <w:r/>
            <w:r>
              <w:rPr>
                <w:b/>
                <w:sz w:val="19"/>
              </w:rPr>
              <w:t>14</w:t>
            </w:r>
          </w:p>
        </w:tc>
      </w:tr>
      <w:tr>
        <w:trPr>
          <w:trHeight w:val="302" w:hRule="exact"/>
        </w:trPr>
        <w:tc>
          <w:tcPr>
            <w:tcW w:type="dxa" w:w="1502"/>
            <w:vAlign w:val="center"/>
          </w:tcPr>
          <w:p>
            <w:pPr>
              <w:spacing w:before="0" w:after="0" w:line="240" w:lineRule="auto"/>
              <w:jc w:val="right"/>
            </w:pPr>
            <w:r/>
            <w:r>
              <w:rPr>
                <w:b/>
                <w:sz w:val="19"/>
              </w:rPr>
              <w:t>15</w:t>
            </w:r>
          </w:p>
        </w:tc>
        <w:tc>
          <w:tcPr>
            <w:tcW w:type="dxa" w:w="1502"/>
            <w:vAlign w:val="center"/>
          </w:tcPr>
          <w:p>
            <w:pPr>
              <w:spacing w:before="0" w:after="0" w:line="240" w:lineRule="auto"/>
              <w:jc w:val="right"/>
            </w:pPr>
            <w:r/>
            <w:r>
              <w:rPr>
                <w:b/>
                <w:sz w:val="19"/>
              </w:rPr>
              <w:t>16</w:t>
            </w:r>
          </w:p>
        </w:tc>
        <w:tc>
          <w:tcPr>
            <w:tcW w:type="dxa" w:w="1502"/>
            <w:vAlign w:val="center"/>
          </w:tcPr>
          <w:p>
            <w:pPr>
              <w:spacing w:before="0" w:after="0" w:line="240" w:lineRule="auto"/>
              <w:jc w:val="right"/>
            </w:pPr>
            <w:r/>
            <w:r>
              <w:rPr>
                <w:b/>
                <w:sz w:val="19"/>
              </w:rPr>
              <w:t>17</w:t>
            </w:r>
          </w:p>
        </w:tc>
        <w:tc>
          <w:tcPr>
            <w:tcW w:type="dxa" w:w="1502"/>
            <w:vAlign w:val="center"/>
          </w:tcPr>
          <w:p>
            <w:pPr>
              <w:spacing w:before="0" w:after="0" w:line="240" w:lineRule="auto"/>
              <w:jc w:val="right"/>
            </w:pPr>
            <w:r/>
            <w:r>
              <w:rPr>
                <w:b/>
                <w:sz w:val="19"/>
              </w:rPr>
              <w:t>18</w:t>
            </w:r>
          </w:p>
        </w:tc>
        <w:tc>
          <w:tcPr>
            <w:tcW w:type="dxa" w:w="1502"/>
            <w:vAlign w:val="center"/>
          </w:tcPr>
          <w:p>
            <w:pPr>
              <w:spacing w:before="0" w:after="0" w:line="240" w:lineRule="auto"/>
              <w:jc w:val="right"/>
            </w:pPr>
            <w:r/>
            <w:r>
              <w:rPr>
                <w:b/>
                <w:sz w:val="19"/>
              </w:rPr>
              <w:t>19</w:t>
            </w:r>
          </w:p>
        </w:tc>
        <w:tc>
          <w:tcPr>
            <w:tcW w:type="dxa" w:w="1502"/>
            <w:vAlign w:val="center"/>
          </w:tcPr>
          <w:p>
            <w:pPr>
              <w:spacing w:before="0" w:after="0" w:line="240" w:lineRule="auto"/>
              <w:jc w:val="right"/>
            </w:pPr>
            <w:r/>
            <w:r>
              <w:rPr>
                <w:b/>
                <w:sz w:val="19"/>
              </w:rPr>
              <w:t>20</w:t>
            </w:r>
          </w:p>
        </w:tc>
        <w:tc>
          <w:tcPr>
            <w:tcW w:type="dxa" w:w="1502"/>
            <w:vAlign w:val="center"/>
          </w:tcPr>
          <w:p>
            <w:pPr>
              <w:spacing w:before="0" w:after="0" w:line="240" w:lineRule="auto"/>
              <w:jc w:val="right"/>
            </w:pPr>
            <w:r/>
            <w:r>
              <w:rPr>
                <w:b/>
                <w:sz w:val="19"/>
              </w:rPr>
              <w:t>21</w:t>
            </w:r>
          </w:p>
        </w:tc>
      </w:tr>
      <w:tr>
        <w:trPr>
          <w:trHeight w:val="302" w:hRule="exact"/>
        </w:trPr>
        <w:tc>
          <w:tcPr>
            <w:tcW w:type="dxa" w:w="1502"/>
            <w:vAlign w:val="center"/>
          </w:tcPr>
          <w:p>
            <w:pPr>
              <w:spacing w:before="0" w:after="0" w:line="240" w:lineRule="auto"/>
              <w:jc w:val="right"/>
            </w:pPr>
            <w:r/>
            <w:r>
              <w:rPr>
                <w:b/>
                <w:sz w:val="19"/>
              </w:rPr>
              <w:t>22</w:t>
            </w:r>
          </w:p>
        </w:tc>
        <w:tc>
          <w:tcPr>
            <w:tcW w:type="dxa" w:w="1502"/>
            <w:vAlign w:val="center"/>
          </w:tcPr>
          <w:p>
            <w:pPr>
              <w:spacing w:before="0" w:after="0" w:line="240" w:lineRule="auto"/>
              <w:jc w:val="right"/>
            </w:pPr>
            <w:r/>
            <w:r>
              <w:rPr>
                <w:b/>
                <w:sz w:val="19"/>
              </w:rPr>
              <w:t>23</w:t>
            </w:r>
          </w:p>
        </w:tc>
        <w:tc>
          <w:tcPr>
            <w:tcW w:type="dxa" w:w="1502"/>
            <w:vAlign w:val="center"/>
          </w:tcPr>
          <w:p>
            <w:pPr>
              <w:spacing w:before="0" w:after="0" w:line="240" w:lineRule="auto"/>
              <w:jc w:val="right"/>
            </w:pPr>
            <w:r/>
            <w:r>
              <w:rPr>
                <w:b/>
                <w:sz w:val="19"/>
              </w:rPr>
              <w:t>24</w:t>
            </w:r>
          </w:p>
        </w:tc>
        <w:tc>
          <w:tcPr>
            <w:tcW w:type="dxa" w:w="1502"/>
            <w:vAlign w:val="center"/>
          </w:tcPr>
          <w:p>
            <w:pPr>
              <w:spacing w:before="0" w:after="0" w:line="240" w:lineRule="auto"/>
              <w:jc w:val="right"/>
            </w:pPr>
            <w:r/>
            <w:r>
              <w:rPr>
                <w:b/>
                <w:sz w:val="19"/>
              </w:rPr>
              <w:t>25</w:t>
            </w:r>
          </w:p>
        </w:tc>
        <w:tc>
          <w:tcPr>
            <w:tcW w:type="dxa" w:w="1502"/>
            <w:vAlign w:val="center"/>
          </w:tcPr>
          <w:p>
            <w:pPr>
              <w:spacing w:before="0" w:after="0" w:line="240" w:lineRule="auto"/>
              <w:jc w:val="right"/>
            </w:pPr>
            <w:r/>
            <w:r>
              <w:rPr>
                <w:b/>
                <w:sz w:val="19"/>
              </w:rPr>
              <w:t>26</w:t>
            </w:r>
          </w:p>
        </w:tc>
        <w:tc>
          <w:tcPr>
            <w:tcW w:type="dxa" w:w="1502"/>
            <w:vAlign w:val="center"/>
          </w:tcPr>
          <w:p>
            <w:pPr>
              <w:spacing w:before="0" w:after="0" w:line="240" w:lineRule="auto"/>
              <w:jc w:val="right"/>
            </w:pPr>
            <w:r/>
            <w:r>
              <w:rPr>
                <w:b/>
                <w:sz w:val="19"/>
              </w:rPr>
              <w:t>27</w:t>
            </w:r>
          </w:p>
        </w:tc>
        <w:tc>
          <w:tcPr>
            <w:tcW w:type="dxa" w:w="1502"/>
            <w:vAlign w:val="center"/>
          </w:tcPr>
          <w:p>
            <w:pPr>
              <w:spacing w:before="0" w:after="0" w:line="240" w:lineRule="auto"/>
              <w:jc w:val="right"/>
            </w:pPr>
            <w:r/>
            <w:r>
              <w:rPr>
                <w:b/>
                <w:sz w:val="19"/>
              </w:rPr>
              <w:t>28</w:t>
            </w:r>
          </w:p>
        </w:tc>
      </w:tr>
      <w:tr>
        <w:trPr>
          <w:trHeight w:val="302" w:hRule="exact"/>
        </w:trPr>
        <w:tc>
          <w:tcPr>
            <w:tcW w:type="dxa" w:w="1502"/>
            <w:vAlign w:val="center"/>
          </w:tcPr>
          <w:p>
            <w:pPr>
              <w:spacing w:before="0" w:after="0" w:line="240" w:lineRule="auto"/>
              <w:jc w:val="right"/>
            </w:pPr>
            <w:r/>
            <w:r>
              <w:rPr>
                <w:b/>
                <w:sz w:val="19"/>
              </w:rPr>
              <w:t>29</w:t>
            </w:r>
          </w:p>
        </w:tc>
        <w:tc>
          <w:tcPr>
            <w:tcW w:type="dxa" w:w="1502"/>
            <w:vAlign w:val="center"/>
          </w:tcPr>
          <w:p>
            <w:pPr>
              <w:spacing w:before="0" w:after="0" w:line="240" w:lineRule="auto"/>
              <w:jc w:val="right"/>
            </w:pPr>
            <w:r/>
            <w:r>
              <w:rPr>
                <w:b/>
                <w:sz w:val="19"/>
              </w:rPr>
              <w:t>30</w:t>
            </w:r>
          </w:p>
        </w:tc>
        <w:tc>
          <w:tcPr>
            <w:tcW w:type="dxa" w:w="1502"/>
            <w:vAlign w:val="center"/>
          </w:tcPr>
          <w:p>
            <w:pPr>
              <w:spacing w:before="0" w:after="0" w:line="240" w:lineRule="auto"/>
              <w:jc w:val="right"/>
            </w:pPr>
            <w:r/>
            <w:r>
              <w:rPr>
                <w:b/>
                <w:sz w:val="19"/>
              </w:rPr>
            </w:r>
          </w:p>
        </w:tc>
        <w:tc>
          <w:tcPr>
            <w:tcW w:type="dxa" w:w="1502"/>
            <w:vAlign w:val="center"/>
          </w:tcPr>
          <w:p>
            <w:pPr>
              <w:spacing w:before="0" w:after="0" w:line="240" w:lineRule="auto"/>
              <w:jc w:val="right"/>
            </w:pPr>
            <w:r/>
            <w:r>
              <w:rPr>
                <w:b/>
                <w:sz w:val="19"/>
              </w:rPr>
            </w:r>
          </w:p>
        </w:tc>
        <w:tc>
          <w:tcPr>
            <w:tcW w:type="dxa" w:w="1502"/>
            <w:vAlign w:val="center"/>
          </w:tcPr>
          <w:p>
            <w:pPr>
              <w:spacing w:before="0" w:after="0" w:line="240" w:lineRule="auto"/>
              <w:jc w:val="right"/>
            </w:pPr>
            <w:r/>
            <w:r>
              <w:rPr>
                <w:b/>
                <w:sz w:val="19"/>
              </w:rPr>
            </w:r>
          </w:p>
        </w:tc>
        <w:tc>
          <w:tcPr>
            <w:tcW w:type="dxa" w:w="1502"/>
            <w:vAlign w:val="center"/>
          </w:tcPr>
          <w:p>
            <w:pPr>
              <w:spacing w:before="0" w:after="0" w:line="240" w:lineRule="auto"/>
              <w:jc w:val="right"/>
            </w:pPr>
            <w:r/>
            <w:r>
              <w:rPr>
                <w:b/>
                <w:sz w:val="19"/>
              </w:rPr>
            </w:r>
          </w:p>
        </w:tc>
        <w:tc>
          <w:tcPr>
            <w:tcW w:type="dxa" w:w="1502"/>
            <w:vAlign w:val="center"/>
          </w:tcPr>
          <w:p>
            <w:pPr>
              <w:spacing w:before="0" w:after="0" w:line="240" w:lineRule="auto"/>
              <w:jc w:val="right"/>
            </w:pPr>
            <w:r/>
            <w:r>
              <w:rPr>
                <w:b/>
                <w:sz w:val="19"/>
              </w:rPr>
            </w:r>
          </w:p>
        </w:tc>
      </w:tr>
      <w:tr>
        <w:trPr>
          <w:trHeight w:val="302" w:hRule="exact"/>
        </w:trPr>
        <w:tc>
          <w:tcPr>
            <w:tcW w:type="dxa" w:w="1502"/>
            <w:vAlign w:val="center"/>
          </w:tcPr>
          <w:p>
            <w:pPr>
              <w:spacing w:before="0" w:after="0" w:line="240" w:lineRule="auto"/>
              <w:jc w:val="right"/>
            </w:pPr>
            <w:r/>
            <w:r>
              <w:rPr>
                <w:b/>
                <w:sz w:val="19"/>
              </w:rPr>
            </w:r>
          </w:p>
        </w:tc>
        <w:tc>
          <w:tcPr>
            <w:tcW w:type="dxa" w:w="1502"/>
            <w:vAlign w:val="center"/>
          </w:tcPr>
          <w:p>
            <w:pPr>
              <w:spacing w:before="0" w:after="0" w:line="240" w:lineRule="auto"/>
              <w:jc w:val="right"/>
            </w:pPr>
            <w:r/>
            <w:r>
              <w:rPr>
                <w:b/>
                <w:sz w:val="19"/>
              </w:rPr>
            </w:r>
          </w:p>
        </w:tc>
        <w:tc>
          <w:tcPr>
            <w:tcW w:type="dxa" w:w="1502"/>
            <w:vAlign w:val="center"/>
          </w:tcPr>
          <w:p>
            <w:pPr>
              <w:spacing w:before="0" w:after="0" w:line="240" w:lineRule="auto"/>
              <w:jc w:val="right"/>
            </w:pPr>
            <w:r/>
            <w:r>
              <w:rPr>
                <w:b/>
                <w:sz w:val="19"/>
              </w:rPr>
            </w:r>
          </w:p>
        </w:tc>
        <w:tc>
          <w:tcPr>
            <w:tcW w:type="dxa" w:w="1502"/>
            <w:vAlign w:val="center"/>
          </w:tcPr>
          <w:p>
            <w:pPr>
              <w:spacing w:before="0" w:after="0" w:line="240" w:lineRule="auto"/>
              <w:jc w:val="right"/>
            </w:pPr>
            <w:r/>
            <w:r>
              <w:rPr>
                <w:b/>
                <w:sz w:val="19"/>
              </w:rPr>
            </w:r>
          </w:p>
        </w:tc>
        <w:tc>
          <w:tcPr>
            <w:tcW w:type="dxa" w:w="1502"/>
            <w:vAlign w:val="center"/>
          </w:tcPr>
          <w:p>
            <w:pPr>
              <w:spacing w:before="0" w:after="0" w:line="240" w:lineRule="auto"/>
              <w:jc w:val="right"/>
            </w:pPr>
            <w:r/>
            <w:r>
              <w:rPr>
                <w:b/>
                <w:sz w:val="19"/>
              </w:rPr>
            </w:r>
          </w:p>
        </w:tc>
        <w:tc>
          <w:tcPr>
            <w:tcW w:type="dxa" w:w="1502"/>
            <w:vAlign w:val="center"/>
          </w:tcPr>
          <w:p>
            <w:pPr>
              <w:spacing w:before="0" w:after="0" w:line="240" w:lineRule="auto"/>
              <w:jc w:val="right"/>
            </w:pPr>
            <w:r/>
            <w:r>
              <w:rPr>
                <w:b/>
                <w:sz w:val="19"/>
              </w:rPr>
            </w:r>
          </w:p>
        </w:tc>
        <w:tc>
          <w:tcPr>
            <w:tcW w:type="dxa" w:w="1502"/>
            <w:vAlign w:val="center"/>
          </w:tcPr>
          <w:p>
            <w:pPr>
              <w:spacing w:before="0" w:after="0" w:line="240" w:lineRule="auto"/>
              <w:jc w:val="right"/>
            </w:pPr>
            <w:r/>
            <w:r>
              <w:rPr>
                <w:b/>
                <w:sz w:val="19"/>
              </w:rPr>
            </w:r>
          </w:p>
        </w:tc>
      </w:tr>
      <w:tr>
        <w:trPr>
          <w:trHeight w:val="244" w:hRule="exact"/>
        </w:trPr>
        <w:tc>
          <w:tcPr>
            <w:tcW w:type="dxa" w:w="1502"/>
            <w:shd w:fill="000000"/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b w:val="0"/>
                <w:sz w:val="2"/>
              </w:rPr>
            </w:r>
          </w:p>
        </w:tc>
        <w:tc>
          <w:tcPr>
            <w:tcW w:type="dxa" w:w="1502"/>
            <w:shd w:fill="000000"/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b w:val="0"/>
                <w:sz w:val="2"/>
              </w:rPr>
            </w:r>
          </w:p>
        </w:tc>
        <w:tc>
          <w:tcPr>
            <w:tcW w:type="dxa" w:w="1502"/>
            <w:shd w:fill="000000"/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b w:val="0"/>
                <w:sz w:val="2"/>
              </w:rPr>
            </w:r>
          </w:p>
        </w:tc>
        <w:tc>
          <w:tcPr>
            <w:tcW w:type="dxa" w:w="1502"/>
            <w:shd w:fill="000000"/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b w:val="0"/>
                <w:sz w:val="2"/>
              </w:rPr>
            </w:r>
          </w:p>
        </w:tc>
        <w:tc>
          <w:tcPr>
            <w:tcW w:type="dxa" w:w="1502"/>
            <w:shd w:fill="000000"/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b w:val="0"/>
                <w:sz w:val="2"/>
              </w:rPr>
            </w:r>
          </w:p>
        </w:tc>
        <w:tc>
          <w:tcPr>
            <w:tcW w:type="dxa" w:w="1502"/>
            <w:shd w:fill="000000"/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b w:val="0"/>
                <w:sz w:val="2"/>
              </w:rPr>
            </w:r>
          </w:p>
        </w:tc>
        <w:tc>
          <w:tcPr>
            <w:tcW w:type="dxa" w:w="1502"/>
            <w:shd w:fill="000000"/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b w:val="0"/>
                <w:sz w:val="2"/>
              </w:rPr>
            </w:r>
          </w:p>
        </w:tc>
      </w:tr>
      <w:tr>
        <w:trPr>
          <w:trHeight w:val="288" w:hRule="exact"/>
        </w:trPr>
        <w:tc>
          <w:tcPr>
            <w:tcW w:type="dxa" w:w="10514"/>
            <w:gridSpan w:val="7"/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b/>
                <w:sz w:val="18"/>
              </w:rPr>
              <w:t>December 2026</w:t>
            </w:r>
          </w:p>
        </w:tc>
      </w:tr>
      <w:tr>
        <w:trPr>
          <w:trHeight w:val="302" w:hRule="exact"/>
        </w:trPr>
        <w:tc>
          <w:tcPr>
            <w:tcW w:type="dxa" w:w="1502"/>
            <w:vAlign w:val="center"/>
          </w:tcPr>
          <w:p>
            <w:pPr>
              <w:spacing w:before="0" w:after="0" w:line="240" w:lineRule="auto"/>
              <w:jc w:val="right"/>
            </w:pPr>
            <w:r/>
            <w:r>
              <w:rPr>
                <w:b/>
                <w:sz w:val="19"/>
              </w:rPr>
            </w:r>
          </w:p>
        </w:tc>
        <w:tc>
          <w:tcPr>
            <w:tcW w:type="dxa" w:w="1502"/>
            <w:vAlign w:val="center"/>
          </w:tcPr>
          <w:p>
            <w:pPr>
              <w:spacing w:before="0" w:after="0" w:line="240" w:lineRule="auto"/>
              <w:jc w:val="right"/>
            </w:pPr>
            <w:r/>
            <w:r>
              <w:rPr>
                <w:b/>
                <w:sz w:val="19"/>
              </w:rPr>
            </w:r>
          </w:p>
        </w:tc>
        <w:tc>
          <w:tcPr>
            <w:tcW w:type="dxa" w:w="1502"/>
            <w:vAlign w:val="center"/>
          </w:tcPr>
          <w:p>
            <w:pPr>
              <w:spacing w:before="0" w:after="0" w:line="240" w:lineRule="auto"/>
              <w:jc w:val="right"/>
            </w:pPr>
            <w:r/>
            <w:r>
              <w:rPr>
                <w:b/>
                <w:sz w:val="19"/>
              </w:rPr>
              <w:t>1</w:t>
            </w:r>
          </w:p>
        </w:tc>
        <w:tc>
          <w:tcPr>
            <w:tcW w:type="dxa" w:w="1502"/>
            <w:vAlign w:val="center"/>
          </w:tcPr>
          <w:p>
            <w:pPr>
              <w:spacing w:before="0" w:after="0" w:line="240" w:lineRule="auto"/>
              <w:jc w:val="right"/>
            </w:pPr>
            <w:r/>
            <w:r>
              <w:rPr>
                <w:b/>
                <w:sz w:val="19"/>
              </w:rPr>
              <w:t>2</w:t>
            </w:r>
          </w:p>
        </w:tc>
        <w:tc>
          <w:tcPr>
            <w:tcW w:type="dxa" w:w="1502"/>
            <w:vAlign w:val="center"/>
          </w:tcPr>
          <w:p>
            <w:pPr>
              <w:spacing w:before="0" w:after="0" w:line="240" w:lineRule="auto"/>
              <w:jc w:val="right"/>
            </w:pPr>
            <w:r/>
            <w:r>
              <w:rPr>
                <w:b/>
                <w:sz w:val="19"/>
              </w:rPr>
              <w:t>3</w:t>
            </w:r>
          </w:p>
        </w:tc>
        <w:tc>
          <w:tcPr>
            <w:tcW w:type="dxa" w:w="1502"/>
            <w:vAlign w:val="center"/>
          </w:tcPr>
          <w:p>
            <w:pPr>
              <w:spacing w:before="0" w:after="0" w:line="240" w:lineRule="auto"/>
              <w:jc w:val="right"/>
            </w:pPr>
            <w:r/>
            <w:r>
              <w:rPr>
                <w:b/>
                <w:sz w:val="19"/>
              </w:rPr>
              <w:t>4</w:t>
            </w:r>
          </w:p>
        </w:tc>
        <w:tc>
          <w:tcPr>
            <w:tcW w:type="dxa" w:w="1502"/>
            <w:vAlign w:val="center"/>
          </w:tcPr>
          <w:p>
            <w:pPr>
              <w:spacing w:before="0" w:after="0" w:line="240" w:lineRule="auto"/>
              <w:jc w:val="right"/>
            </w:pPr>
            <w:r/>
            <w:r>
              <w:rPr>
                <w:b/>
                <w:sz w:val="19"/>
              </w:rPr>
              <w:t>5</w:t>
            </w:r>
          </w:p>
        </w:tc>
      </w:tr>
      <w:tr>
        <w:trPr>
          <w:trHeight w:val="302" w:hRule="exact"/>
        </w:trPr>
        <w:tc>
          <w:tcPr>
            <w:tcW w:type="dxa" w:w="1502"/>
            <w:vAlign w:val="center"/>
          </w:tcPr>
          <w:p>
            <w:pPr>
              <w:spacing w:before="0" w:after="0" w:line="240" w:lineRule="auto"/>
              <w:jc w:val="right"/>
            </w:pPr>
            <w:r/>
            <w:r>
              <w:rPr>
                <w:b/>
                <w:sz w:val="19"/>
              </w:rPr>
              <w:t>6</w:t>
            </w:r>
          </w:p>
        </w:tc>
        <w:tc>
          <w:tcPr>
            <w:tcW w:type="dxa" w:w="1502"/>
            <w:vAlign w:val="center"/>
          </w:tcPr>
          <w:p>
            <w:pPr>
              <w:spacing w:before="0" w:after="0" w:line="240" w:lineRule="auto"/>
              <w:jc w:val="right"/>
            </w:pPr>
            <w:r/>
            <w:r>
              <w:rPr>
                <w:b/>
                <w:sz w:val="19"/>
              </w:rPr>
              <w:t>7</w:t>
            </w:r>
          </w:p>
        </w:tc>
        <w:tc>
          <w:tcPr>
            <w:tcW w:type="dxa" w:w="1502"/>
            <w:vAlign w:val="center"/>
          </w:tcPr>
          <w:p>
            <w:pPr>
              <w:spacing w:before="0" w:after="0" w:line="240" w:lineRule="auto"/>
              <w:jc w:val="right"/>
            </w:pPr>
            <w:r/>
            <w:r>
              <w:rPr>
                <w:b/>
                <w:sz w:val="19"/>
              </w:rPr>
              <w:t>8</w:t>
            </w:r>
          </w:p>
        </w:tc>
        <w:tc>
          <w:tcPr>
            <w:tcW w:type="dxa" w:w="1502"/>
            <w:vAlign w:val="center"/>
          </w:tcPr>
          <w:p>
            <w:pPr>
              <w:spacing w:before="0" w:after="0" w:line="240" w:lineRule="auto"/>
              <w:jc w:val="right"/>
            </w:pPr>
            <w:r/>
            <w:r>
              <w:rPr>
                <w:b/>
                <w:sz w:val="19"/>
              </w:rPr>
              <w:t>9</w:t>
            </w:r>
          </w:p>
        </w:tc>
        <w:tc>
          <w:tcPr>
            <w:tcW w:type="dxa" w:w="1502"/>
            <w:vAlign w:val="center"/>
          </w:tcPr>
          <w:p>
            <w:pPr>
              <w:spacing w:before="0" w:after="0" w:line="240" w:lineRule="auto"/>
              <w:jc w:val="right"/>
            </w:pPr>
            <w:r/>
            <w:r>
              <w:rPr>
                <w:b/>
                <w:sz w:val="19"/>
              </w:rPr>
              <w:t>10</w:t>
            </w:r>
          </w:p>
        </w:tc>
        <w:tc>
          <w:tcPr>
            <w:tcW w:type="dxa" w:w="1502"/>
            <w:vAlign w:val="center"/>
          </w:tcPr>
          <w:p>
            <w:pPr>
              <w:spacing w:before="0" w:after="0" w:line="240" w:lineRule="auto"/>
              <w:jc w:val="right"/>
            </w:pPr>
            <w:r/>
            <w:r>
              <w:rPr>
                <w:b/>
                <w:sz w:val="19"/>
              </w:rPr>
              <w:t>11</w:t>
            </w:r>
          </w:p>
        </w:tc>
        <w:tc>
          <w:tcPr>
            <w:tcW w:type="dxa" w:w="1502"/>
            <w:vAlign w:val="center"/>
          </w:tcPr>
          <w:p>
            <w:pPr>
              <w:spacing w:before="0" w:after="0" w:line="240" w:lineRule="auto"/>
              <w:jc w:val="right"/>
            </w:pPr>
            <w:r/>
            <w:r>
              <w:rPr>
                <w:b/>
                <w:sz w:val="19"/>
              </w:rPr>
              <w:t>12</w:t>
            </w:r>
          </w:p>
        </w:tc>
      </w:tr>
      <w:tr>
        <w:trPr>
          <w:trHeight w:val="302" w:hRule="exact"/>
        </w:trPr>
        <w:tc>
          <w:tcPr>
            <w:tcW w:type="dxa" w:w="1502"/>
            <w:vAlign w:val="center"/>
          </w:tcPr>
          <w:p>
            <w:pPr>
              <w:spacing w:before="0" w:after="0" w:line="240" w:lineRule="auto"/>
              <w:jc w:val="right"/>
            </w:pPr>
            <w:r/>
            <w:r>
              <w:rPr>
                <w:b/>
                <w:sz w:val="19"/>
              </w:rPr>
              <w:t>13</w:t>
            </w:r>
          </w:p>
        </w:tc>
        <w:tc>
          <w:tcPr>
            <w:tcW w:type="dxa" w:w="1502"/>
            <w:vAlign w:val="center"/>
          </w:tcPr>
          <w:p>
            <w:pPr>
              <w:spacing w:before="0" w:after="0" w:line="240" w:lineRule="auto"/>
              <w:jc w:val="right"/>
            </w:pPr>
            <w:r/>
            <w:r>
              <w:rPr>
                <w:b/>
                <w:sz w:val="19"/>
              </w:rPr>
              <w:t>14</w:t>
            </w:r>
          </w:p>
        </w:tc>
        <w:tc>
          <w:tcPr>
            <w:tcW w:type="dxa" w:w="1502"/>
            <w:vAlign w:val="center"/>
          </w:tcPr>
          <w:p>
            <w:pPr>
              <w:spacing w:before="0" w:after="0" w:line="240" w:lineRule="auto"/>
              <w:jc w:val="right"/>
            </w:pPr>
            <w:r/>
            <w:r>
              <w:rPr>
                <w:b/>
                <w:sz w:val="19"/>
              </w:rPr>
              <w:t>15</w:t>
            </w:r>
          </w:p>
        </w:tc>
        <w:tc>
          <w:tcPr>
            <w:tcW w:type="dxa" w:w="1502"/>
            <w:vAlign w:val="center"/>
          </w:tcPr>
          <w:p>
            <w:pPr>
              <w:spacing w:before="0" w:after="0" w:line="240" w:lineRule="auto"/>
              <w:jc w:val="right"/>
            </w:pPr>
            <w:r/>
            <w:r>
              <w:rPr>
                <w:b/>
                <w:sz w:val="19"/>
              </w:rPr>
              <w:t>16</w:t>
            </w:r>
          </w:p>
        </w:tc>
        <w:tc>
          <w:tcPr>
            <w:tcW w:type="dxa" w:w="1502"/>
            <w:vAlign w:val="center"/>
          </w:tcPr>
          <w:p>
            <w:pPr>
              <w:spacing w:before="0" w:after="0" w:line="240" w:lineRule="auto"/>
              <w:jc w:val="right"/>
            </w:pPr>
            <w:r/>
            <w:r>
              <w:rPr>
                <w:b/>
                <w:sz w:val="19"/>
              </w:rPr>
              <w:t>17</w:t>
            </w:r>
          </w:p>
        </w:tc>
        <w:tc>
          <w:tcPr>
            <w:tcW w:type="dxa" w:w="1502"/>
            <w:vAlign w:val="center"/>
          </w:tcPr>
          <w:p>
            <w:pPr>
              <w:spacing w:before="0" w:after="0" w:line="240" w:lineRule="auto"/>
              <w:jc w:val="right"/>
            </w:pPr>
            <w:r/>
            <w:r>
              <w:rPr>
                <w:b/>
                <w:sz w:val="19"/>
              </w:rPr>
              <w:t>18</w:t>
            </w:r>
          </w:p>
        </w:tc>
        <w:tc>
          <w:tcPr>
            <w:tcW w:type="dxa" w:w="1502"/>
            <w:vAlign w:val="center"/>
          </w:tcPr>
          <w:p>
            <w:pPr>
              <w:spacing w:before="0" w:after="0" w:line="240" w:lineRule="auto"/>
              <w:jc w:val="right"/>
            </w:pPr>
            <w:r/>
            <w:r>
              <w:rPr>
                <w:b/>
                <w:sz w:val="19"/>
              </w:rPr>
              <w:t>19</w:t>
            </w:r>
          </w:p>
        </w:tc>
      </w:tr>
      <w:tr>
        <w:trPr>
          <w:trHeight w:val="302" w:hRule="exact"/>
        </w:trPr>
        <w:tc>
          <w:tcPr>
            <w:tcW w:type="dxa" w:w="1502"/>
            <w:vAlign w:val="center"/>
          </w:tcPr>
          <w:p>
            <w:pPr>
              <w:spacing w:before="0" w:after="0" w:line="240" w:lineRule="auto"/>
              <w:jc w:val="right"/>
            </w:pPr>
            <w:r/>
            <w:r>
              <w:rPr>
                <w:b/>
                <w:sz w:val="19"/>
              </w:rPr>
              <w:t>20</w:t>
            </w:r>
          </w:p>
        </w:tc>
        <w:tc>
          <w:tcPr>
            <w:tcW w:type="dxa" w:w="1502"/>
            <w:vAlign w:val="center"/>
          </w:tcPr>
          <w:p>
            <w:pPr>
              <w:spacing w:before="0" w:after="0" w:line="240" w:lineRule="auto"/>
              <w:jc w:val="right"/>
            </w:pPr>
            <w:r/>
            <w:r>
              <w:rPr>
                <w:b/>
                <w:sz w:val="19"/>
              </w:rPr>
              <w:t>21</w:t>
            </w:r>
          </w:p>
        </w:tc>
        <w:tc>
          <w:tcPr>
            <w:tcW w:type="dxa" w:w="1502"/>
            <w:vAlign w:val="center"/>
          </w:tcPr>
          <w:p>
            <w:pPr>
              <w:spacing w:before="0" w:after="0" w:line="240" w:lineRule="auto"/>
              <w:jc w:val="right"/>
            </w:pPr>
            <w:r/>
            <w:r>
              <w:rPr>
                <w:b/>
                <w:sz w:val="19"/>
              </w:rPr>
              <w:t>22</w:t>
            </w:r>
          </w:p>
        </w:tc>
        <w:tc>
          <w:tcPr>
            <w:tcW w:type="dxa" w:w="1502"/>
            <w:vAlign w:val="center"/>
          </w:tcPr>
          <w:p>
            <w:pPr>
              <w:spacing w:before="0" w:after="0" w:line="240" w:lineRule="auto"/>
              <w:jc w:val="right"/>
            </w:pPr>
            <w:r/>
            <w:r>
              <w:rPr>
                <w:b/>
                <w:sz w:val="19"/>
              </w:rPr>
              <w:t>23</w:t>
            </w:r>
          </w:p>
        </w:tc>
        <w:tc>
          <w:tcPr>
            <w:tcW w:type="dxa" w:w="1502"/>
            <w:vAlign w:val="center"/>
          </w:tcPr>
          <w:p>
            <w:pPr>
              <w:spacing w:before="0" w:after="0" w:line="240" w:lineRule="auto"/>
              <w:jc w:val="right"/>
            </w:pPr>
            <w:r/>
            <w:r>
              <w:rPr>
                <w:b/>
                <w:sz w:val="19"/>
              </w:rPr>
              <w:t>24</w:t>
            </w:r>
          </w:p>
        </w:tc>
        <w:tc>
          <w:tcPr>
            <w:tcW w:type="dxa" w:w="1502"/>
            <w:vAlign w:val="center"/>
          </w:tcPr>
          <w:p>
            <w:pPr>
              <w:spacing w:before="0" w:after="0" w:line="240" w:lineRule="auto"/>
              <w:jc w:val="right"/>
            </w:pPr>
            <w:r/>
            <w:r>
              <w:rPr>
                <w:b/>
                <w:sz w:val="19"/>
              </w:rPr>
              <w:t>25</w:t>
            </w:r>
          </w:p>
        </w:tc>
        <w:tc>
          <w:tcPr>
            <w:tcW w:type="dxa" w:w="1502"/>
            <w:vAlign w:val="center"/>
          </w:tcPr>
          <w:p>
            <w:pPr>
              <w:spacing w:before="0" w:after="0" w:line="240" w:lineRule="auto"/>
              <w:jc w:val="right"/>
            </w:pPr>
            <w:r/>
            <w:r>
              <w:rPr>
                <w:b/>
                <w:sz w:val="19"/>
              </w:rPr>
              <w:t>26</w:t>
            </w:r>
          </w:p>
        </w:tc>
      </w:tr>
      <w:tr>
        <w:trPr>
          <w:trHeight w:val="302" w:hRule="exact"/>
        </w:trPr>
        <w:tc>
          <w:tcPr>
            <w:tcW w:type="dxa" w:w="1502"/>
            <w:vAlign w:val="center"/>
          </w:tcPr>
          <w:p>
            <w:pPr>
              <w:spacing w:before="0" w:after="0" w:line="240" w:lineRule="auto"/>
              <w:jc w:val="right"/>
            </w:pPr>
            <w:r/>
            <w:r>
              <w:rPr>
                <w:b/>
                <w:sz w:val="19"/>
              </w:rPr>
              <w:t>27</w:t>
            </w:r>
          </w:p>
        </w:tc>
        <w:tc>
          <w:tcPr>
            <w:tcW w:type="dxa" w:w="1502"/>
            <w:vAlign w:val="center"/>
          </w:tcPr>
          <w:p>
            <w:pPr>
              <w:spacing w:before="0" w:after="0" w:line="240" w:lineRule="auto"/>
              <w:jc w:val="right"/>
            </w:pPr>
            <w:r/>
            <w:r>
              <w:rPr>
                <w:b/>
                <w:sz w:val="19"/>
              </w:rPr>
              <w:t>28</w:t>
            </w:r>
          </w:p>
        </w:tc>
        <w:tc>
          <w:tcPr>
            <w:tcW w:type="dxa" w:w="1502"/>
            <w:vAlign w:val="center"/>
          </w:tcPr>
          <w:p>
            <w:pPr>
              <w:spacing w:before="0" w:after="0" w:line="240" w:lineRule="auto"/>
              <w:jc w:val="right"/>
            </w:pPr>
            <w:r/>
            <w:r>
              <w:rPr>
                <w:b/>
                <w:sz w:val="19"/>
              </w:rPr>
              <w:t>29</w:t>
            </w:r>
          </w:p>
        </w:tc>
        <w:tc>
          <w:tcPr>
            <w:tcW w:type="dxa" w:w="1502"/>
            <w:vAlign w:val="center"/>
          </w:tcPr>
          <w:p>
            <w:pPr>
              <w:spacing w:before="0" w:after="0" w:line="240" w:lineRule="auto"/>
              <w:jc w:val="right"/>
            </w:pPr>
            <w:r/>
            <w:r>
              <w:rPr>
                <w:b/>
                <w:sz w:val="19"/>
              </w:rPr>
              <w:t>30</w:t>
            </w:r>
          </w:p>
        </w:tc>
        <w:tc>
          <w:tcPr>
            <w:tcW w:type="dxa" w:w="1502"/>
            <w:vAlign w:val="center"/>
          </w:tcPr>
          <w:p>
            <w:pPr>
              <w:spacing w:before="0" w:after="0" w:line="240" w:lineRule="auto"/>
              <w:jc w:val="right"/>
            </w:pPr>
            <w:r/>
            <w:r>
              <w:rPr>
                <w:b/>
                <w:sz w:val="19"/>
              </w:rPr>
              <w:t>31</w:t>
            </w:r>
          </w:p>
        </w:tc>
        <w:tc>
          <w:tcPr>
            <w:tcW w:type="dxa" w:w="1502"/>
            <w:vAlign w:val="center"/>
          </w:tcPr>
          <w:p>
            <w:pPr>
              <w:spacing w:before="0" w:after="0" w:line="240" w:lineRule="auto"/>
              <w:jc w:val="right"/>
            </w:pPr>
            <w:r/>
            <w:r>
              <w:rPr>
                <w:b/>
                <w:sz w:val="19"/>
              </w:rPr>
            </w:r>
          </w:p>
        </w:tc>
        <w:tc>
          <w:tcPr>
            <w:tcW w:type="dxa" w:w="1502"/>
            <w:vAlign w:val="center"/>
          </w:tcPr>
          <w:p>
            <w:pPr>
              <w:spacing w:before="0" w:after="0" w:line="240" w:lineRule="auto"/>
              <w:jc w:val="right"/>
            </w:pPr>
            <w:r/>
            <w:r>
              <w:rPr>
                <w:b/>
                <w:sz w:val="19"/>
              </w:rPr>
            </w:r>
          </w:p>
        </w:tc>
      </w:tr>
      <w:tr>
        <w:trPr>
          <w:trHeight w:val="302" w:hRule="exact"/>
        </w:trPr>
        <w:tc>
          <w:tcPr>
            <w:tcW w:type="dxa" w:w="1502"/>
            <w:vAlign w:val="center"/>
          </w:tcPr>
          <w:p>
            <w:pPr>
              <w:spacing w:before="0" w:after="0" w:line="240" w:lineRule="auto"/>
              <w:jc w:val="right"/>
            </w:pPr>
            <w:r/>
            <w:r>
              <w:rPr>
                <w:b/>
                <w:sz w:val="19"/>
              </w:rPr>
            </w:r>
          </w:p>
        </w:tc>
        <w:tc>
          <w:tcPr>
            <w:tcW w:type="dxa" w:w="1502"/>
            <w:vAlign w:val="center"/>
          </w:tcPr>
          <w:p>
            <w:pPr>
              <w:spacing w:before="0" w:after="0" w:line="240" w:lineRule="auto"/>
              <w:jc w:val="right"/>
            </w:pPr>
            <w:r/>
            <w:r>
              <w:rPr>
                <w:b/>
                <w:sz w:val="19"/>
              </w:rPr>
            </w:r>
          </w:p>
        </w:tc>
        <w:tc>
          <w:tcPr>
            <w:tcW w:type="dxa" w:w="1502"/>
            <w:vAlign w:val="center"/>
          </w:tcPr>
          <w:p>
            <w:pPr>
              <w:spacing w:before="0" w:after="0" w:line="240" w:lineRule="auto"/>
              <w:jc w:val="right"/>
            </w:pPr>
            <w:r/>
            <w:r>
              <w:rPr>
                <w:b/>
                <w:sz w:val="19"/>
              </w:rPr>
            </w:r>
          </w:p>
        </w:tc>
        <w:tc>
          <w:tcPr>
            <w:tcW w:type="dxa" w:w="1502"/>
            <w:vAlign w:val="center"/>
          </w:tcPr>
          <w:p>
            <w:pPr>
              <w:spacing w:before="0" w:after="0" w:line="240" w:lineRule="auto"/>
              <w:jc w:val="right"/>
            </w:pPr>
            <w:r/>
            <w:r>
              <w:rPr>
                <w:b/>
                <w:sz w:val="19"/>
              </w:rPr>
            </w:r>
          </w:p>
        </w:tc>
        <w:tc>
          <w:tcPr>
            <w:tcW w:type="dxa" w:w="1502"/>
            <w:vAlign w:val="center"/>
          </w:tcPr>
          <w:p>
            <w:pPr>
              <w:spacing w:before="0" w:after="0" w:line="240" w:lineRule="auto"/>
              <w:jc w:val="right"/>
            </w:pPr>
            <w:r/>
            <w:r>
              <w:rPr>
                <w:b/>
                <w:sz w:val="19"/>
              </w:rPr>
            </w:r>
          </w:p>
        </w:tc>
        <w:tc>
          <w:tcPr>
            <w:tcW w:type="dxa" w:w="1502"/>
            <w:vAlign w:val="center"/>
          </w:tcPr>
          <w:p>
            <w:pPr>
              <w:spacing w:before="0" w:after="0" w:line="240" w:lineRule="auto"/>
              <w:jc w:val="right"/>
            </w:pPr>
            <w:r/>
            <w:r>
              <w:rPr>
                <w:b/>
                <w:sz w:val="19"/>
              </w:rPr>
            </w:r>
          </w:p>
        </w:tc>
        <w:tc>
          <w:tcPr>
            <w:tcW w:type="dxa" w:w="1502"/>
            <w:vAlign w:val="center"/>
          </w:tcPr>
          <w:p>
            <w:pPr>
              <w:spacing w:before="0" w:after="0" w:line="240" w:lineRule="auto"/>
              <w:jc w:val="right"/>
            </w:pPr>
            <w:r/>
            <w:r>
              <w:rPr>
                <w:b/>
                <w:sz w:val="19"/>
              </w:rPr>
            </w:r>
          </w:p>
        </w:tc>
      </w:tr>
      <w:tr>
        <w:trPr>
          <w:trHeight w:val="244" w:hRule="exact"/>
        </w:trPr>
        <w:tc>
          <w:tcPr>
            <w:tcW w:type="dxa" w:w="1502"/>
            <w:shd w:fill="000000"/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b w:val="0"/>
                <w:sz w:val="2"/>
              </w:rPr>
            </w:r>
          </w:p>
        </w:tc>
        <w:tc>
          <w:tcPr>
            <w:tcW w:type="dxa" w:w="1502"/>
            <w:shd w:fill="000000"/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b w:val="0"/>
                <w:sz w:val="2"/>
              </w:rPr>
            </w:r>
          </w:p>
        </w:tc>
        <w:tc>
          <w:tcPr>
            <w:tcW w:type="dxa" w:w="1502"/>
            <w:shd w:fill="000000"/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b w:val="0"/>
                <w:sz w:val="2"/>
              </w:rPr>
            </w:r>
          </w:p>
        </w:tc>
        <w:tc>
          <w:tcPr>
            <w:tcW w:type="dxa" w:w="1502"/>
            <w:shd w:fill="000000"/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b w:val="0"/>
                <w:sz w:val="2"/>
              </w:rPr>
            </w:r>
          </w:p>
        </w:tc>
        <w:tc>
          <w:tcPr>
            <w:tcW w:type="dxa" w:w="1502"/>
            <w:shd w:fill="000000"/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b w:val="0"/>
                <w:sz w:val="2"/>
              </w:rPr>
            </w:r>
          </w:p>
        </w:tc>
        <w:tc>
          <w:tcPr>
            <w:tcW w:type="dxa" w:w="1502"/>
            <w:shd w:fill="000000"/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b w:val="0"/>
                <w:sz w:val="2"/>
              </w:rPr>
            </w:r>
          </w:p>
        </w:tc>
        <w:tc>
          <w:tcPr>
            <w:tcW w:type="dxa" w:w="1502"/>
            <w:shd w:fill="000000"/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b w:val="0"/>
                <w:sz w:val="2"/>
              </w:rPr>
            </w:r>
          </w:p>
        </w:tc>
      </w:tr>
      <w:tr>
        <w:trPr>
          <w:trHeight w:val="288" w:hRule="exact"/>
        </w:trPr>
        <w:tc>
          <w:tcPr>
            <w:tcW w:type="dxa" w:w="10514"/>
            <w:gridSpan w:val="7"/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b/>
                <w:sz w:val="18"/>
              </w:rPr>
              <w:t>January 2027</w:t>
            </w:r>
          </w:p>
        </w:tc>
      </w:tr>
      <w:tr>
        <w:trPr>
          <w:trHeight w:val="302" w:hRule="exact"/>
        </w:trPr>
        <w:tc>
          <w:tcPr>
            <w:tcW w:type="dxa" w:w="1502"/>
            <w:vAlign w:val="center"/>
          </w:tcPr>
          <w:p>
            <w:pPr>
              <w:spacing w:before="0" w:after="0" w:line="240" w:lineRule="auto"/>
              <w:jc w:val="right"/>
            </w:pPr>
            <w:r/>
            <w:r>
              <w:rPr>
                <w:b/>
                <w:sz w:val="19"/>
              </w:rPr>
            </w:r>
          </w:p>
        </w:tc>
        <w:tc>
          <w:tcPr>
            <w:tcW w:type="dxa" w:w="1502"/>
            <w:vAlign w:val="center"/>
          </w:tcPr>
          <w:p>
            <w:pPr>
              <w:spacing w:before="0" w:after="0" w:line="240" w:lineRule="auto"/>
              <w:jc w:val="right"/>
            </w:pPr>
            <w:r/>
            <w:r>
              <w:rPr>
                <w:b/>
                <w:sz w:val="19"/>
              </w:rPr>
            </w:r>
          </w:p>
        </w:tc>
        <w:tc>
          <w:tcPr>
            <w:tcW w:type="dxa" w:w="1502"/>
            <w:vAlign w:val="center"/>
          </w:tcPr>
          <w:p>
            <w:pPr>
              <w:spacing w:before="0" w:after="0" w:line="240" w:lineRule="auto"/>
              <w:jc w:val="right"/>
            </w:pPr>
            <w:r/>
            <w:r>
              <w:rPr>
                <w:b/>
                <w:sz w:val="19"/>
              </w:rPr>
            </w:r>
          </w:p>
        </w:tc>
        <w:tc>
          <w:tcPr>
            <w:tcW w:type="dxa" w:w="1502"/>
            <w:vAlign w:val="center"/>
          </w:tcPr>
          <w:p>
            <w:pPr>
              <w:spacing w:before="0" w:after="0" w:line="240" w:lineRule="auto"/>
              <w:jc w:val="right"/>
            </w:pPr>
            <w:r/>
            <w:r>
              <w:rPr>
                <w:b/>
                <w:sz w:val="19"/>
              </w:rPr>
            </w:r>
          </w:p>
        </w:tc>
        <w:tc>
          <w:tcPr>
            <w:tcW w:type="dxa" w:w="1502"/>
            <w:vAlign w:val="center"/>
          </w:tcPr>
          <w:p>
            <w:pPr>
              <w:spacing w:before="0" w:after="0" w:line="240" w:lineRule="auto"/>
              <w:jc w:val="right"/>
            </w:pPr>
            <w:r/>
            <w:r>
              <w:rPr>
                <w:b/>
                <w:sz w:val="19"/>
              </w:rPr>
            </w:r>
          </w:p>
        </w:tc>
        <w:tc>
          <w:tcPr>
            <w:tcW w:type="dxa" w:w="1502"/>
            <w:vAlign w:val="center"/>
          </w:tcPr>
          <w:p>
            <w:pPr>
              <w:spacing w:before="0" w:after="0" w:line="240" w:lineRule="auto"/>
              <w:jc w:val="right"/>
            </w:pPr>
            <w:r/>
            <w:r>
              <w:rPr>
                <w:b/>
                <w:sz w:val="19"/>
              </w:rPr>
              <w:t>1</w:t>
            </w:r>
          </w:p>
        </w:tc>
        <w:tc>
          <w:tcPr>
            <w:tcW w:type="dxa" w:w="1502"/>
            <w:vAlign w:val="center"/>
          </w:tcPr>
          <w:p>
            <w:pPr>
              <w:spacing w:before="0" w:after="0" w:line="240" w:lineRule="auto"/>
              <w:jc w:val="right"/>
            </w:pPr>
            <w:r/>
            <w:r>
              <w:rPr>
                <w:b/>
                <w:sz w:val="19"/>
              </w:rPr>
              <w:t>2</w:t>
            </w:r>
          </w:p>
        </w:tc>
      </w:tr>
      <w:tr>
        <w:trPr>
          <w:trHeight w:val="302" w:hRule="exact"/>
        </w:trPr>
        <w:tc>
          <w:tcPr>
            <w:tcW w:type="dxa" w:w="1502"/>
            <w:vAlign w:val="center"/>
          </w:tcPr>
          <w:p>
            <w:pPr>
              <w:spacing w:before="0" w:after="0" w:line="240" w:lineRule="auto"/>
              <w:jc w:val="right"/>
            </w:pPr>
            <w:r/>
            <w:r>
              <w:rPr>
                <w:b/>
                <w:sz w:val="19"/>
              </w:rPr>
              <w:t>3</w:t>
            </w:r>
          </w:p>
        </w:tc>
        <w:tc>
          <w:tcPr>
            <w:tcW w:type="dxa" w:w="1502"/>
            <w:vAlign w:val="center"/>
          </w:tcPr>
          <w:p>
            <w:pPr>
              <w:spacing w:before="0" w:after="0" w:line="240" w:lineRule="auto"/>
              <w:jc w:val="right"/>
            </w:pPr>
            <w:r/>
            <w:r>
              <w:rPr>
                <w:b/>
                <w:sz w:val="19"/>
              </w:rPr>
              <w:t>4</w:t>
            </w:r>
          </w:p>
        </w:tc>
        <w:tc>
          <w:tcPr>
            <w:tcW w:type="dxa" w:w="1502"/>
            <w:vAlign w:val="center"/>
          </w:tcPr>
          <w:p>
            <w:pPr>
              <w:spacing w:before="0" w:after="0" w:line="240" w:lineRule="auto"/>
              <w:jc w:val="right"/>
            </w:pPr>
            <w:r/>
            <w:r>
              <w:rPr>
                <w:b/>
                <w:sz w:val="19"/>
              </w:rPr>
              <w:t>5</w:t>
            </w:r>
          </w:p>
        </w:tc>
        <w:tc>
          <w:tcPr>
            <w:tcW w:type="dxa" w:w="1502"/>
            <w:vAlign w:val="center"/>
          </w:tcPr>
          <w:p>
            <w:pPr>
              <w:spacing w:before="0" w:after="0" w:line="240" w:lineRule="auto"/>
              <w:jc w:val="right"/>
            </w:pPr>
            <w:r/>
            <w:r>
              <w:rPr>
                <w:b/>
                <w:sz w:val="19"/>
              </w:rPr>
              <w:t>6</w:t>
            </w:r>
          </w:p>
        </w:tc>
        <w:tc>
          <w:tcPr>
            <w:tcW w:type="dxa" w:w="1502"/>
            <w:vAlign w:val="center"/>
          </w:tcPr>
          <w:p>
            <w:pPr>
              <w:spacing w:before="0" w:after="0" w:line="240" w:lineRule="auto"/>
              <w:jc w:val="right"/>
            </w:pPr>
            <w:r/>
            <w:r>
              <w:rPr>
                <w:b/>
                <w:sz w:val="19"/>
              </w:rPr>
              <w:t>7</w:t>
            </w:r>
          </w:p>
        </w:tc>
        <w:tc>
          <w:tcPr>
            <w:tcW w:type="dxa" w:w="1502"/>
            <w:vAlign w:val="center"/>
          </w:tcPr>
          <w:p>
            <w:pPr>
              <w:spacing w:before="0" w:after="0" w:line="240" w:lineRule="auto"/>
              <w:jc w:val="right"/>
            </w:pPr>
            <w:r/>
            <w:r>
              <w:rPr>
                <w:b/>
                <w:sz w:val="19"/>
              </w:rPr>
              <w:t>8</w:t>
            </w:r>
          </w:p>
        </w:tc>
        <w:tc>
          <w:tcPr>
            <w:tcW w:type="dxa" w:w="1502"/>
            <w:vAlign w:val="center"/>
          </w:tcPr>
          <w:p>
            <w:pPr>
              <w:spacing w:before="0" w:after="0" w:line="240" w:lineRule="auto"/>
              <w:jc w:val="right"/>
            </w:pPr>
            <w:r/>
            <w:r>
              <w:rPr>
                <w:b/>
                <w:sz w:val="19"/>
              </w:rPr>
              <w:t>9</w:t>
            </w:r>
          </w:p>
        </w:tc>
      </w:tr>
      <w:tr>
        <w:trPr>
          <w:trHeight w:val="302" w:hRule="exact"/>
        </w:trPr>
        <w:tc>
          <w:tcPr>
            <w:tcW w:type="dxa" w:w="1502"/>
            <w:vAlign w:val="center"/>
          </w:tcPr>
          <w:p>
            <w:pPr>
              <w:spacing w:before="0" w:after="0" w:line="240" w:lineRule="auto"/>
              <w:jc w:val="right"/>
            </w:pPr>
            <w:r/>
            <w:r>
              <w:rPr>
                <w:b/>
                <w:sz w:val="19"/>
              </w:rPr>
              <w:t>10</w:t>
            </w:r>
          </w:p>
        </w:tc>
        <w:tc>
          <w:tcPr>
            <w:tcW w:type="dxa" w:w="1502"/>
            <w:vAlign w:val="center"/>
          </w:tcPr>
          <w:p>
            <w:pPr>
              <w:spacing w:before="0" w:after="0" w:line="240" w:lineRule="auto"/>
              <w:jc w:val="right"/>
            </w:pPr>
            <w:r/>
            <w:r>
              <w:rPr>
                <w:b/>
                <w:sz w:val="19"/>
              </w:rPr>
              <w:t>11</w:t>
            </w:r>
          </w:p>
        </w:tc>
        <w:tc>
          <w:tcPr>
            <w:tcW w:type="dxa" w:w="1502"/>
            <w:vAlign w:val="center"/>
          </w:tcPr>
          <w:p>
            <w:pPr>
              <w:spacing w:before="0" w:after="0" w:line="240" w:lineRule="auto"/>
              <w:jc w:val="right"/>
            </w:pPr>
            <w:r/>
            <w:r>
              <w:rPr>
                <w:b/>
                <w:sz w:val="19"/>
              </w:rPr>
              <w:t>12</w:t>
            </w:r>
          </w:p>
        </w:tc>
        <w:tc>
          <w:tcPr>
            <w:tcW w:type="dxa" w:w="1502"/>
            <w:vAlign w:val="center"/>
          </w:tcPr>
          <w:p>
            <w:pPr>
              <w:spacing w:before="0" w:after="0" w:line="240" w:lineRule="auto"/>
              <w:jc w:val="right"/>
            </w:pPr>
            <w:r/>
            <w:r>
              <w:rPr>
                <w:b/>
                <w:sz w:val="19"/>
              </w:rPr>
              <w:t>13</w:t>
            </w:r>
          </w:p>
        </w:tc>
        <w:tc>
          <w:tcPr>
            <w:tcW w:type="dxa" w:w="1502"/>
            <w:vAlign w:val="center"/>
          </w:tcPr>
          <w:p>
            <w:pPr>
              <w:spacing w:before="0" w:after="0" w:line="240" w:lineRule="auto"/>
              <w:jc w:val="right"/>
            </w:pPr>
            <w:r/>
            <w:r>
              <w:rPr>
                <w:b/>
                <w:sz w:val="19"/>
              </w:rPr>
              <w:t>14</w:t>
            </w:r>
          </w:p>
        </w:tc>
        <w:tc>
          <w:tcPr>
            <w:tcW w:type="dxa" w:w="1502"/>
            <w:vAlign w:val="center"/>
          </w:tcPr>
          <w:p>
            <w:pPr>
              <w:spacing w:before="0" w:after="0" w:line="240" w:lineRule="auto"/>
              <w:jc w:val="right"/>
            </w:pPr>
            <w:r/>
            <w:r>
              <w:rPr>
                <w:b/>
                <w:sz w:val="19"/>
              </w:rPr>
              <w:t>15</w:t>
            </w:r>
          </w:p>
        </w:tc>
        <w:tc>
          <w:tcPr>
            <w:tcW w:type="dxa" w:w="1502"/>
            <w:vAlign w:val="center"/>
          </w:tcPr>
          <w:p>
            <w:pPr>
              <w:spacing w:before="0" w:after="0" w:line="240" w:lineRule="auto"/>
              <w:jc w:val="right"/>
            </w:pPr>
            <w:r/>
            <w:r>
              <w:rPr>
                <w:b/>
                <w:sz w:val="19"/>
              </w:rPr>
              <w:t>16</w:t>
            </w:r>
          </w:p>
        </w:tc>
      </w:tr>
      <w:tr>
        <w:trPr>
          <w:trHeight w:val="302" w:hRule="exact"/>
        </w:trPr>
        <w:tc>
          <w:tcPr>
            <w:tcW w:type="dxa" w:w="1502"/>
            <w:vAlign w:val="center"/>
          </w:tcPr>
          <w:p>
            <w:pPr>
              <w:spacing w:before="0" w:after="0" w:line="240" w:lineRule="auto"/>
              <w:jc w:val="right"/>
            </w:pPr>
            <w:r/>
            <w:r>
              <w:rPr>
                <w:b/>
                <w:sz w:val="19"/>
              </w:rPr>
              <w:t>17</w:t>
            </w:r>
          </w:p>
        </w:tc>
        <w:tc>
          <w:tcPr>
            <w:tcW w:type="dxa" w:w="1502"/>
            <w:vAlign w:val="center"/>
          </w:tcPr>
          <w:p>
            <w:pPr>
              <w:spacing w:before="0" w:after="0" w:line="240" w:lineRule="auto"/>
              <w:jc w:val="right"/>
            </w:pPr>
            <w:r/>
            <w:r>
              <w:rPr>
                <w:b/>
                <w:sz w:val="19"/>
              </w:rPr>
              <w:t>18</w:t>
            </w:r>
          </w:p>
        </w:tc>
        <w:tc>
          <w:tcPr>
            <w:tcW w:type="dxa" w:w="1502"/>
            <w:vAlign w:val="center"/>
          </w:tcPr>
          <w:p>
            <w:pPr>
              <w:spacing w:before="0" w:after="0" w:line="240" w:lineRule="auto"/>
              <w:jc w:val="right"/>
            </w:pPr>
            <w:r/>
            <w:r>
              <w:rPr>
                <w:b/>
                <w:sz w:val="19"/>
              </w:rPr>
              <w:t>19</w:t>
            </w:r>
          </w:p>
        </w:tc>
        <w:tc>
          <w:tcPr>
            <w:tcW w:type="dxa" w:w="1502"/>
            <w:vAlign w:val="center"/>
          </w:tcPr>
          <w:p>
            <w:pPr>
              <w:spacing w:before="0" w:after="0" w:line="240" w:lineRule="auto"/>
              <w:jc w:val="right"/>
            </w:pPr>
            <w:r/>
            <w:r>
              <w:rPr>
                <w:b/>
                <w:sz w:val="19"/>
              </w:rPr>
              <w:t>20</w:t>
            </w:r>
          </w:p>
        </w:tc>
        <w:tc>
          <w:tcPr>
            <w:tcW w:type="dxa" w:w="1502"/>
            <w:vAlign w:val="center"/>
          </w:tcPr>
          <w:p>
            <w:pPr>
              <w:spacing w:before="0" w:after="0" w:line="240" w:lineRule="auto"/>
              <w:jc w:val="right"/>
            </w:pPr>
            <w:r/>
            <w:r>
              <w:rPr>
                <w:b/>
                <w:sz w:val="19"/>
              </w:rPr>
              <w:t>21</w:t>
            </w:r>
          </w:p>
        </w:tc>
        <w:tc>
          <w:tcPr>
            <w:tcW w:type="dxa" w:w="1502"/>
            <w:vAlign w:val="center"/>
          </w:tcPr>
          <w:p>
            <w:pPr>
              <w:spacing w:before="0" w:after="0" w:line="240" w:lineRule="auto"/>
              <w:jc w:val="right"/>
            </w:pPr>
            <w:r/>
            <w:r>
              <w:rPr>
                <w:b/>
                <w:sz w:val="19"/>
              </w:rPr>
              <w:t>22</w:t>
            </w:r>
          </w:p>
        </w:tc>
        <w:tc>
          <w:tcPr>
            <w:tcW w:type="dxa" w:w="1502"/>
            <w:vAlign w:val="center"/>
          </w:tcPr>
          <w:p>
            <w:pPr>
              <w:spacing w:before="0" w:after="0" w:line="240" w:lineRule="auto"/>
              <w:jc w:val="right"/>
            </w:pPr>
            <w:r/>
            <w:r>
              <w:rPr>
                <w:b/>
                <w:sz w:val="19"/>
              </w:rPr>
              <w:t>23</w:t>
            </w:r>
          </w:p>
        </w:tc>
      </w:tr>
      <w:tr>
        <w:trPr>
          <w:trHeight w:val="302" w:hRule="exact"/>
        </w:trPr>
        <w:tc>
          <w:tcPr>
            <w:tcW w:type="dxa" w:w="1502"/>
            <w:vAlign w:val="center"/>
          </w:tcPr>
          <w:p>
            <w:pPr>
              <w:spacing w:before="0" w:after="0" w:line="240" w:lineRule="auto"/>
              <w:jc w:val="right"/>
            </w:pPr>
            <w:r/>
            <w:r>
              <w:rPr>
                <w:b/>
                <w:sz w:val="19"/>
              </w:rPr>
              <w:t>24</w:t>
            </w:r>
          </w:p>
        </w:tc>
        <w:tc>
          <w:tcPr>
            <w:tcW w:type="dxa" w:w="1502"/>
            <w:vAlign w:val="center"/>
          </w:tcPr>
          <w:p>
            <w:pPr>
              <w:spacing w:before="0" w:after="0" w:line="240" w:lineRule="auto"/>
              <w:jc w:val="right"/>
            </w:pPr>
            <w:r/>
            <w:r>
              <w:rPr>
                <w:b/>
                <w:sz w:val="19"/>
              </w:rPr>
              <w:t>25</w:t>
            </w:r>
          </w:p>
        </w:tc>
        <w:tc>
          <w:tcPr>
            <w:tcW w:type="dxa" w:w="1502"/>
            <w:vAlign w:val="center"/>
          </w:tcPr>
          <w:p>
            <w:pPr>
              <w:spacing w:before="0" w:after="0" w:line="240" w:lineRule="auto"/>
              <w:jc w:val="right"/>
            </w:pPr>
            <w:r/>
            <w:r>
              <w:rPr>
                <w:b/>
                <w:sz w:val="19"/>
              </w:rPr>
              <w:t>26</w:t>
            </w:r>
          </w:p>
        </w:tc>
        <w:tc>
          <w:tcPr>
            <w:tcW w:type="dxa" w:w="1502"/>
            <w:vAlign w:val="center"/>
          </w:tcPr>
          <w:p>
            <w:pPr>
              <w:spacing w:before="0" w:after="0" w:line="240" w:lineRule="auto"/>
              <w:jc w:val="right"/>
            </w:pPr>
            <w:r/>
            <w:r>
              <w:rPr>
                <w:b/>
                <w:sz w:val="19"/>
              </w:rPr>
              <w:t>27</w:t>
            </w:r>
          </w:p>
        </w:tc>
        <w:tc>
          <w:tcPr>
            <w:tcW w:type="dxa" w:w="1502"/>
            <w:vAlign w:val="center"/>
          </w:tcPr>
          <w:p>
            <w:pPr>
              <w:spacing w:before="0" w:after="0" w:line="240" w:lineRule="auto"/>
              <w:jc w:val="right"/>
            </w:pPr>
            <w:r/>
            <w:r>
              <w:rPr>
                <w:b/>
                <w:sz w:val="19"/>
              </w:rPr>
              <w:t>28</w:t>
            </w:r>
          </w:p>
        </w:tc>
        <w:tc>
          <w:tcPr>
            <w:tcW w:type="dxa" w:w="1502"/>
            <w:vAlign w:val="center"/>
          </w:tcPr>
          <w:p>
            <w:pPr>
              <w:spacing w:before="0" w:after="0" w:line="240" w:lineRule="auto"/>
              <w:jc w:val="right"/>
            </w:pPr>
            <w:r/>
            <w:r>
              <w:rPr>
                <w:b/>
                <w:sz w:val="19"/>
              </w:rPr>
              <w:t>29</w:t>
            </w:r>
          </w:p>
        </w:tc>
        <w:tc>
          <w:tcPr>
            <w:tcW w:type="dxa" w:w="1502"/>
            <w:vAlign w:val="center"/>
          </w:tcPr>
          <w:p>
            <w:pPr>
              <w:spacing w:before="0" w:after="0" w:line="240" w:lineRule="auto"/>
              <w:jc w:val="right"/>
            </w:pPr>
            <w:r/>
            <w:r>
              <w:rPr>
                <w:b/>
                <w:sz w:val="19"/>
              </w:rPr>
              <w:t>30</w:t>
            </w:r>
          </w:p>
        </w:tc>
      </w:tr>
      <w:tr>
        <w:trPr>
          <w:trHeight w:val="302" w:hRule="exact"/>
        </w:trPr>
        <w:tc>
          <w:tcPr>
            <w:tcW w:type="dxa" w:w="1502"/>
            <w:vAlign w:val="center"/>
          </w:tcPr>
          <w:p>
            <w:pPr>
              <w:spacing w:before="0" w:after="0" w:line="240" w:lineRule="auto"/>
              <w:jc w:val="right"/>
            </w:pPr>
            <w:r/>
            <w:r>
              <w:rPr>
                <w:b/>
                <w:sz w:val="19"/>
              </w:rPr>
              <w:t>31</w:t>
            </w:r>
          </w:p>
        </w:tc>
        <w:tc>
          <w:tcPr>
            <w:tcW w:type="dxa" w:w="1502"/>
            <w:vAlign w:val="center"/>
          </w:tcPr>
          <w:p>
            <w:pPr>
              <w:spacing w:before="0" w:after="0" w:line="240" w:lineRule="auto"/>
              <w:jc w:val="right"/>
            </w:pPr>
            <w:r/>
            <w:r>
              <w:rPr>
                <w:b/>
                <w:sz w:val="19"/>
              </w:rPr>
            </w:r>
          </w:p>
        </w:tc>
        <w:tc>
          <w:tcPr>
            <w:tcW w:type="dxa" w:w="1502"/>
            <w:vAlign w:val="center"/>
          </w:tcPr>
          <w:p>
            <w:pPr>
              <w:spacing w:before="0" w:after="0" w:line="240" w:lineRule="auto"/>
              <w:jc w:val="right"/>
            </w:pPr>
            <w:r/>
            <w:r>
              <w:rPr>
                <w:b/>
                <w:sz w:val="19"/>
              </w:rPr>
            </w:r>
          </w:p>
        </w:tc>
        <w:tc>
          <w:tcPr>
            <w:tcW w:type="dxa" w:w="1502"/>
            <w:vAlign w:val="center"/>
          </w:tcPr>
          <w:p>
            <w:pPr>
              <w:spacing w:before="0" w:after="0" w:line="240" w:lineRule="auto"/>
              <w:jc w:val="right"/>
            </w:pPr>
            <w:r/>
            <w:r>
              <w:rPr>
                <w:b/>
                <w:sz w:val="19"/>
              </w:rPr>
            </w:r>
          </w:p>
        </w:tc>
        <w:tc>
          <w:tcPr>
            <w:tcW w:type="dxa" w:w="1502"/>
            <w:vAlign w:val="center"/>
          </w:tcPr>
          <w:p>
            <w:pPr>
              <w:spacing w:before="0" w:after="0" w:line="240" w:lineRule="auto"/>
              <w:jc w:val="right"/>
            </w:pPr>
            <w:r/>
            <w:r>
              <w:rPr>
                <w:b/>
                <w:sz w:val="19"/>
              </w:rPr>
            </w:r>
          </w:p>
        </w:tc>
        <w:tc>
          <w:tcPr>
            <w:tcW w:type="dxa" w:w="1502"/>
            <w:vAlign w:val="center"/>
          </w:tcPr>
          <w:p>
            <w:pPr>
              <w:spacing w:before="0" w:after="0" w:line="240" w:lineRule="auto"/>
              <w:jc w:val="right"/>
            </w:pPr>
            <w:r/>
            <w:r>
              <w:rPr>
                <w:b/>
                <w:sz w:val="19"/>
              </w:rPr>
            </w:r>
          </w:p>
        </w:tc>
        <w:tc>
          <w:tcPr>
            <w:tcW w:type="dxa" w:w="1502"/>
            <w:vAlign w:val="center"/>
          </w:tcPr>
          <w:p>
            <w:pPr>
              <w:spacing w:before="0" w:after="0" w:line="240" w:lineRule="auto"/>
              <w:jc w:val="right"/>
            </w:pPr>
            <w:r/>
            <w:r>
              <w:rPr>
                <w:b/>
                <w:sz w:val="19"/>
              </w:rPr>
            </w:r>
          </w:p>
        </w:tc>
      </w:tr>
      <w:tr>
        <w:trPr>
          <w:trHeight w:val="244" w:hRule="exact"/>
        </w:trPr>
        <w:tc>
          <w:tcPr>
            <w:tcW w:type="dxa" w:w="1502"/>
            <w:shd w:fill="000000"/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b w:val="0"/>
                <w:sz w:val="2"/>
              </w:rPr>
            </w:r>
          </w:p>
        </w:tc>
        <w:tc>
          <w:tcPr>
            <w:tcW w:type="dxa" w:w="1502"/>
            <w:shd w:fill="000000"/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b w:val="0"/>
                <w:sz w:val="2"/>
              </w:rPr>
            </w:r>
          </w:p>
        </w:tc>
        <w:tc>
          <w:tcPr>
            <w:tcW w:type="dxa" w:w="1502"/>
            <w:shd w:fill="000000"/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b w:val="0"/>
                <w:sz w:val="2"/>
              </w:rPr>
            </w:r>
          </w:p>
        </w:tc>
        <w:tc>
          <w:tcPr>
            <w:tcW w:type="dxa" w:w="1502"/>
            <w:shd w:fill="000000"/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b w:val="0"/>
                <w:sz w:val="2"/>
              </w:rPr>
            </w:r>
          </w:p>
        </w:tc>
        <w:tc>
          <w:tcPr>
            <w:tcW w:type="dxa" w:w="1502"/>
            <w:shd w:fill="000000"/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b w:val="0"/>
                <w:sz w:val="2"/>
              </w:rPr>
            </w:r>
          </w:p>
        </w:tc>
        <w:tc>
          <w:tcPr>
            <w:tcW w:type="dxa" w:w="1502"/>
            <w:shd w:fill="000000"/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b w:val="0"/>
                <w:sz w:val="2"/>
              </w:rPr>
            </w:r>
          </w:p>
        </w:tc>
        <w:tc>
          <w:tcPr>
            <w:tcW w:type="dxa" w:w="1502"/>
            <w:shd w:fill="000000"/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b w:val="0"/>
                <w:sz w:val="2"/>
              </w:rPr>
            </w:r>
          </w:p>
        </w:tc>
      </w:tr>
      <w:tr>
        <w:trPr>
          <w:trHeight w:val="288" w:hRule="exact"/>
        </w:trPr>
        <w:tc>
          <w:tcPr>
            <w:tcW w:type="dxa" w:w="10514"/>
            <w:gridSpan w:val="7"/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b/>
                <w:sz w:val="18"/>
              </w:rPr>
              <w:t>February 2027</w:t>
            </w:r>
          </w:p>
        </w:tc>
      </w:tr>
      <w:tr>
        <w:trPr>
          <w:trHeight w:val="302" w:hRule="exact"/>
        </w:trPr>
        <w:tc>
          <w:tcPr>
            <w:tcW w:type="dxa" w:w="1502"/>
            <w:vAlign w:val="center"/>
          </w:tcPr>
          <w:p>
            <w:pPr>
              <w:spacing w:before="0" w:after="0" w:line="240" w:lineRule="auto"/>
              <w:jc w:val="right"/>
            </w:pPr>
            <w:r/>
            <w:r>
              <w:rPr>
                <w:b/>
                <w:sz w:val="19"/>
              </w:rPr>
            </w:r>
          </w:p>
        </w:tc>
        <w:tc>
          <w:tcPr>
            <w:tcW w:type="dxa" w:w="1502"/>
            <w:vAlign w:val="center"/>
          </w:tcPr>
          <w:p>
            <w:pPr>
              <w:spacing w:before="0" w:after="0" w:line="240" w:lineRule="auto"/>
              <w:jc w:val="right"/>
            </w:pPr>
            <w:r/>
            <w:r>
              <w:rPr>
                <w:b/>
                <w:sz w:val="19"/>
              </w:rPr>
              <w:t>1</w:t>
            </w:r>
          </w:p>
        </w:tc>
        <w:tc>
          <w:tcPr>
            <w:tcW w:type="dxa" w:w="1502"/>
            <w:vAlign w:val="center"/>
          </w:tcPr>
          <w:p>
            <w:pPr>
              <w:spacing w:before="0" w:after="0" w:line="240" w:lineRule="auto"/>
              <w:jc w:val="right"/>
            </w:pPr>
            <w:r/>
            <w:r>
              <w:rPr>
                <w:b/>
                <w:sz w:val="19"/>
              </w:rPr>
              <w:t>2</w:t>
            </w:r>
          </w:p>
        </w:tc>
        <w:tc>
          <w:tcPr>
            <w:tcW w:type="dxa" w:w="1502"/>
            <w:vAlign w:val="center"/>
          </w:tcPr>
          <w:p>
            <w:pPr>
              <w:spacing w:before="0" w:after="0" w:line="240" w:lineRule="auto"/>
              <w:jc w:val="right"/>
            </w:pPr>
            <w:r/>
            <w:r>
              <w:rPr>
                <w:b/>
                <w:sz w:val="19"/>
              </w:rPr>
              <w:t>3</w:t>
            </w:r>
          </w:p>
        </w:tc>
        <w:tc>
          <w:tcPr>
            <w:tcW w:type="dxa" w:w="1502"/>
            <w:vAlign w:val="center"/>
          </w:tcPr>
          <w:p>
            <w:pPr>
              <w:spacing w:before="0" w:after="0" w:line="240" w:lineRule="auto"/>
              <w:jc w:val="right"/>
            </w:pPr>
            <w:r/>
            <w:r>
              <w:rPr>
                <w:b/>
                <w:sz w:val="19"/>
              </w:rPr>
              <w:t>4</w:t>
            </w:r>
          </w:p>
        </w:tc>
        <w:tc>
          <w:tcPr>
            <w:tcW w:type="dxa" w:w="1502"/>
            <w:vAlign w:val="center"/>
          </w:tcPr>
          <w:p>
            <w:pPr>
              <w:spacing w:before="0" w:after="0" w:line="240" w:lineRule="auto"/>
              <w:jc w:val="right"/>
            </w:pPr>
            <w:r/>
            <w:r>
              <w:rPr>
                <w:b/>
                <w:sz w:val="19"/>
              </w:rPr>
              <w:t>5</w:t>
            </w:r>
          </w:p>
        </w:tc>
        <w:tc>
          <w:tcPr>
            <w:tcW w:type="dxa" w:w="1502"/>
            <w:vAlign w:val="center"/>
          </w:tcPr>
          <w:p>
            <w:pPr>
              <w:spacing w:before="0" w:after="0" w:line="240" w:lineRule="auto"/>
              <w:jc w:val="right"/>
            </w:pPr>
            <w:r/>
            <w:r>
              <w:rPr>
                <w:b/>
                <w:sz w:val="19"/>
              </w:rPr>
              <w:t>6</w:t>
            </w:r>
          </w:p>
        </w:tc>
      </w:tr>
      <w:tr>
        <w:trPr>
          <w:trHeight w:val="302" w:hRule="exact"/>
        </w:trPr>
        <w:tc>
          <w:tcPr>
            <w:tcW w:type="dxa" w:w="1502"/>
            <w:vAlign w:val="center"/>
          </w:tcPr>
          <w:p>
            <w:pPr>
              <w:spacing w:before="0" w:after="0" w:line="240" w:lineRule="auto"/>
              <w:jc w:val="right"/>
            </w:pPr>
            <w:r/>
            <w:r>
              <w:rPr>
                <w:b/>
                <w:sz w:val="19"/>
              </w:rPr>
              <w:t>7</w:t>
            </w:r>
          </w:p>
        </w:tc>
        <w:tc>
          <w:tcPr>
            <w:tcW w:type="dxa" w:w="1502"/>
            <w:vAlign w:val="center"/>
          </w:tcPr>
          <w:p>
            <w:pPr>
              <w:spacing w:before="0" w:after="0" w:line="240" w:lineRule="auto"/>
              <w:jc w:val="right"/>
            </w:pPr>
            <w:r/>
            <w:r>
              <w:rPr>
                <w:b/>
                <w:sz w:val="19"/>
              </w:rPr>
              <w:t>8</w:t>
            </w:r>
          </w:p>
        </w:tc>
        <w:tc>
          <w:tcPr>
            <w:tcW w:type="dxa" w:w="1502"/>
            <w:vAlign w:val="center"/>
          </w:tcPr>
          <w:p>
            <w:pPr>
              <w:spacing w:before="0" w:after="0" w:line="240" w:lineRule="auto"/>
              <w:jc w:val="right"/>
            </w:pPr>
            <w:r/>
            <w:r>
              <w:rPr>
                <w:b/>
                <w:sz w:val="19"/>
              </w:rPr>
              <w:t>9</w:t>
            </w:r>
          </w:p>
        </w:tc>
        <w:tc>
          <w:tcPr>
            <w:tcW w:type="dxa" w:w="1502"/>
            <w:vAlign w:val="center"/>
          </w:tcPr>
          <w:p>
            <w:pPr>
              <w:spacing w:before="0" w:after="0" w:line="240" w:lineRule="auto"/>
              <w:jc w:val="right"/>
            </w:pPr>
            <w:r/>
            <w:r>
              <w:rPr>
                <w:b/>
                <w:sz w:val="19"/>
              </w:rPr>
              <w:t>10</w:t>
            </w:r>
          </w:p>
        </w:tc>
        <w:tc>
          <w:tcPr>
            <w:tcW w:type="dxa" w:w="1502"/>
            <w:vAlign w:val="center"/>
          </w:tcPr>
          <w:p>
            <w:pPr>
              <w:spacing w:before="0" w:after="0" w:line="240" w:lineRule="auto"/>
              <w:jc w:val="right"/>
            </w:pPr>
            <w:r/>
            <w:r>
              <w:rPr>
                <w:b/>
                <w:sz w:val="19"/>
              </w:rPr>
              <w:t>11</w:t>
            </w:r>
          </w:p>
        </w:tc>
        <w:tc>
          <w:tcPr>
            <w:tcW w:type="dxa" w:w="1502"/>
            <w:vAlign w:val="center"/>
          </w:tcPr>
          <w:p>
            <w:pPr>
              <w:spacing w:before="0" w:after="0" w:line="240" w:lineRule="auto"/>
              <w:jc w:val="right"/>
            </w:pPr>
            <w:r/>
            <w:r>
              <w:rPr>
                <w:b/>
                <w:sz w:val="19"/>
              </w:rPr>
              <w:t>12</w:t>
            </w:r>
          </w:p>
        </w:tc>
        <w:tc>
          <w:tcPr>
            <w:tcW w:type="dxa" w:w="1502"/>
            <w:vAlign w:val="center"/>
          </w:tcPr>
          <w:p>
            <w:pPr>
              <w:spacing w:before="0" w:after="0" w:line="240" w:lineRule="auto"/>
              <w:jc w:val="right"/>
            </w:pPr>
            <w:r/>
            <w:r>
              <w:rPr>
                <w:b/>
                <w:sz w:val="19"/>
              </w:rPr>
              <w:t>13</w:t>
            </w:r>
          </w:p>
        </w:tc>
      </w:tr>
      <w:tr>
        <w:trPr>
          <w:trHeight w:val="302" w:hRule="exact"/>
        </w:trPr>
        <w:tc>
          <w:tcPr>
            <w:tcW w:type="dxa" w:w="1502"/>
            <w:vAlign w:val="center"/>
          </w:tcPr>
          <w:p>
            <w:pPr>
              <w:spacing w:before="0" w:after="0" w:line="240" w:lineRule="auto"/>
              <w:jc w:val="right"/>
            </w:pPr>
            <w:r/>
            <w:r>
              <w:rPr>
                <w:b/>
                <w:sz w:val="19"/>
              </w:rPr>
              <w:t>14</w:t>
            </w:r>
          </w:p>
        </w:tc>
        <w:tc>
          <w:tcPr>
            <w:tcW w:type="dxa" w:w="1502"/>
            <w:vAlign w:val="center"/>
          </w:tcPr>
          <w:p>
            <w:pPr>
              <w:spacing w:before="0" w:after="0" w:line="240" w:lineRule="auto"/>
              <w:jc w:val="right"/>
            </w:pPr>
            <w:r/>
            <w:r>
              <w:rPr>
                <w:b/>
                <w:sz w:val="19"/>
              </w:rPr>
              <w:t>15</w:t>
            </w:r>
          </w:p>
        </w:tc>
        <w:tc>
          <w:tcPr>
            <w:tcW w:type="dxa" w:w="1502"/>
            <w:vAlign w:val="center"/>
          </w:tcPr>
          <w:p>
            <w:pPr>
              <w:spacing w:before="0" w:after="0" w:line="240" w:lineRule="auto"/>
              <w:jc w:val="right"/>
            </w:pPr>
            <w:r/>
            <w:r>
              <w:rPr>
                <w:b/>
                <w:sz w:val="19"/>
              </w:rPr>
              <w:t>16</w:t>
            </w:r>
          </w:p>
        </w:tc>
        <w:tc>
          <w:tcPr>
            <w:tcW w:type="dxa" w:w="1502"/>
            <w:vAlign w:val="center"/>
          </w:tcPr>
          <w:p>
            <w:pPr>
              <w:spacing w:before="0" w:after="0" w:line="240" w:lineRule="auto"/>
              <w:jc w:val="right"/>
            </w:pPr>
            <w:r/>
            <w:r>
              <w:rPr>
                <w:b/>
                <w:sz w:val="19"/>
              </w:rPr>
              <w:t>17</w:t>
            </w:r>
          </w:p>
        </w:tc>
        <w:tc>
          <w:tcPr>
            <w:tcW w:type="dxa" w:w="1502"/>
            <w:vAlign w:val="center"/>
          </w:tcPr>
          <w:p>
            <w:pPr>
              <w:spacing w:before="0" w:after="0" w:line="240" w:lineRule="auto"/>
              <w:jc w:val="right"/>
            </w:pPr>
            <w:r/>
            <w:r>
              <w:rPr>
                <w:b/>
                <w:sz w:val="19"/>
              </w:rPr>
              <w:t>18</w:t>
            </w:r>
          </w:p>
        </w:tc>
        <w:tc>
          <w:tcPr>
            <w:tcW w:type="dxa" w:w="1502"/>
            <w:vAlign w:val="center"/>
          </w:tcPr>
          <w:p>
            <w:pPr>
              <w:spacing w:before="0" w:after="0" w:line="240" w:lineRule="auto"/>
              <w:jc w:val="right"/>
            </w:pPr>
            <w:r/>
            <w:r>
              <w:rPr>
                <w:b/>
                <w:sz w:val="19"/>
              </w:rPr>
              <w:t>19</w:t>
            </w:r>
          </w:p>
        </w:tc>
        <w:tc>
          <w:tcPr>
            <w:tcW w:type="dxa" w:w="1502"/>
            <w:vAlign w:val="center"/>
          </w:tcPr>
          <w:p>
            <w:pPr>
              <w:spacing w:before="0" w:after="0" w:line="240" w:lineRule="auto"/>
              <w:jc w:val="right"/>
            </w:pPr>
            <w:r/>
            <w:r>
              <w:rPr>
                <w:b/>
                <w:sz w:val="19"/>
              </w:rPr>
              <w:t>20</w:t>
            </w:r>
          </w:p>
        </w:tc>
      </w:tr>
      <w:tr>
        <w:trPr>
          <w:trHeight w:val="302" w:hRule="exact"/>
        </w:trPr>
        <w:tc>
          <w:tcPr>
            <w:tcW w:type="dxa" w:w="1502"/>
            <w:vAlign w:val="center"/>
          </w:tcPr>
          <w:p>
            <w:pPr>
              <w:spacing w:before="0" w:after="0" w:line="240" w:lineRule="auto"/>
              <w:jc w:val="right"/>
            </w:pPr>
            <w:r/>
            <w:r>
              <w:rPr>
                <w:b/>
                <w:sz w:val="19"/>
              </w:rPr>
              <w:t>21</w:t>
            </w:r>
          </w:p>
        </w:tc>
        <w:tc>
          <w:tcPr>
            <w:tcW w:type="dxa" w:w="1502"/>
            <w:vAlign w:val="center"/>
          </w:tcPr>
          <w:p>
            <w:pPr>
              <w:spacing w:before="0" w:after="0" w:line="240" w:lineRule="auto"/>
              <w:jc w:val="right"/>
            </w:pPr>
            <w:r/>
            <w:r>
              <w:rPr>
                <w:b/>
                <w:sz w:val="19"/>
              </w:rPr>
              <w:t>22</w:t>
            </w:r>
          </w:p>
        </w:tc>
        <w:tc>
          <w:tcPr>
            <w:tcW w:type="dxa" w:w="1502"/>
            <w:vAlign w:val="center"/>
          </w:tcPr>
          <w:p>
            <w:pPr>
              <w:spacing w:before="0" w:after="0" w:line="240" w:lineRule="auto"/>
              <w:jc w:val="right"/>
            </w:pPr>
            <w:r/>
            <w:r>
              <w:rPr>
                <w:b/>
                <w:sz w:val="19"/>
              </w:rPr>
              <w:t>23</w:t>
            </w:r>
          </w:p>
        </w:tc>
        <w:tc>
          <w:tcPr>
            <w:tcW w:type="dxa" w:w="1502"/>
            <w:vAlign w:val="center"/>
          </w:tcPr>
          <w:p>
            <w:pPr>
              <w:spacing w:before="0" w:after="0" w:line="240" w:lineRule="auto"/>
              <w:jc w:val="right"/>
            </w:pPr>
            <w:r/>
            <w:r>
              <w:rPr>
                <w:b/>
                <w:sz w:val="19"/>
              </w:rPr>
              <w:t>24</w:t>
            </w:r>
          </w:p>
        </w:tc>
        <w:tc>
          <w:tcPr>
            <w:tcW w:type="dxa" w:w="1502"/>
            <w:vAlign w:val="center"/>
          </w:tcPr>
          <w:p>
            <w:pPr>
              <w:spacing w:before="0" w:after="0" w:line="240" w:lineRule="auto"/>
              <w:jc w:val="right"/>
            </w:pPr>
            <w:r/>
            <w:r>
              <w:rPr>
                <w:b/>
                <w:sz w:val="19"/>
              </w:rPr>
              <w:t>25</w:t>
            </w:r>
          </w:p>
        </w:tc>
        <w:tc>
          <w:tcPr>
            <w:tcW w:type="dxa" w:w="1502"/>
            <w:vAlign w:val="center"/>
          </w:tcPr>
          <w:p>
            <w:pPr>
              <w:spacing w:before="0" w:after="0" w:line="240" w:lineRule="auto"/>
              <w:jc w:val="right"/>
            </w:pPr>
            <w:r/>
            <w:r>
              <w:rPr>
                <w:b/>
                <w:sz w:val="19"/>
              </w:rPr>
              <w:t>26</w:t>
            </w:r>
          </w:p>
        </w:tc>
        <w:tc>
          <w:tcPr>
            <w:tcW w:type="dxa" w:w="1502"/>
            <w:vAlign w:val="center"/>
          </w:tcPr>
          <w:p>
            <w:pPr>
              <w:spacing w:before="0" w:after="0" w:line="240" w:lineRule="auto"/>
              <w:jc w:val="right"/>
            </w:pPr>
            <w:r/>
            <w:r>
              <w:rPr>
                <w:b/>
                <w:sz w:val="19"/>
              </w:rPr>
              <w:t>27</w:t>
            </w:r>
          </w:p>
        </w:tc>
      </w:tr>
      <w:tr>
        <w:trPr>
          <w:trHeight w:val="302" w:hRule="exact"/>
        </w:trPr>
        <w:tc>
          <w:tcPr>
            <w:tcW w:type="dxa" w:w="1502"/>
            <w:vAlign w:val="center"/>
          </w:tcPr>
          <w:p>
            <w:pPr>
              <w:spacing w:before="0" w:after="0" w:line="240" w:lineRule="auto"/>
              <w:jc w:val="right"/>
            </w:pPr>
            <w:r/>
            <w:r>
              <w:rPr>
                <w:b/>
                <w:sz w:val="19"/>
              </w:rPr>
              <w:t>28</w:t>
            </w:r>
          </w:p>
        </w:tc>
        <w:tc>
          <w:tcPr>
            <w:tcW w:type="dxa" w:w="1502"/>
            <w:vAlign w:val="center"/>
          </w:tcPr>
          <w:p>
            <w:pPr>
              <w:spacing w:before="0" w:after="0" w:line="240" w:lineRule="auto"/>
              <w:jc w:val="right"/>
            </w:pPr>
            <w:r/>
            <w:r>
              <w:rPr>
                <w:b/>
                <w:sz w:val="19"/>
              </w:rPr>
            </w:r>
          </w:p>
        </w:tc>
        <w:tc>
          <w:tcPr>
            <w:tcW w:type="dxa" w:w="1502"/>
            <w:vAlign w:val="center"/>
          </w:tcPr>
          <w:p>
            <w:pPr>
              <w:spacing w:before="0" w:after="0" w:line="240" w:lineRule="auto"/>
              <w:jc w:val="right"/>
            </w:pPr>
            <w:r/>
            <w:r>
              <w:rPr>
                <w:b/>
                <w:sz w:val="19"/>
              </w:rPr>
            </w:r>
          </w:p>
        </w:tc>
        <w:tc>
          <w:tcPr>
            <w:tcW w:type="dxa" w:w="1502"/>
            <w:vAlign w:val="center"/>
          </w:tcPr>
          <w:p>
            <w:pPr>
              <w:spacing w:before="0" w:after="0" w:line="240" w:lineRule="auto"/>
              <w:jc w:val="right"/>
            </w:pPr>
            <w:r/>
            <w:r>
              <w:rPr>
                <w:b/>
                <w:sz w:val="19"/>
              </w:rPr>
            </w:r>
          </w:p>
        </w:tc>
        <w:tc>
          <w:tcPr>
            <w:tcW w:type="dxa" w:w="1502"/>
            <w:vAlign w:val="center"/>
          </w:tcPr>
          <w:p>
            <w:pPr>
              <w:spacing w:before="0" w:after="0" w:line="240" w:lineRule="auto"/>
              <w:jc w:val="right"/>
            </w:pPr>
            <w:r/>
            <w:r>
              <w:rPr>
                <w:b/>
                <w:sz w:val="19"/>
              </w:rPr>
            </w:r>
          </w:p>
        </w:tc>
        <w:tc>
          <w:tcPr>
            <w:tcW w:type="dxa" w:w="1502"/>
            <w:vAlign w:val="center"/>
          </w:tcPr>
          <w:p>
            <w:pPr>
              <w:spacing w:before="0" w:after="0" w:line="240" w:lineRule="auto"/>
              <w:jc w:val="right"/>
            </w:pPr>
            <w:r/>
            <w:r>
              <w:rPr>
                <w:b/>
                <w:sz w:val="19"/>
              </w:rPr>
            </w:r>
          </w:p>
        </w:tc>
        <w:tc>
          <w:tcPr>
            <w:tcW w:type="dxa" w:w="1502"/>
            <w:vAlign w:val="center"/>
          </w:tcPr>
          <w:p>
            <w:pPr>
              <w:spacing w:before="0" w:after="0" w:line="240" w:lineRule="auto"/>
              <w:jc w:val="right"/>
            </w:pPr>
            <w:r/>
            <w:r>
              <w:rPr>
                <w:b/>
                <w:sz w:val="19"/>
              </w:rPr>
            </w:r>
          </w:p>
        </w:tc>
      </w:tr>
      <w:tr>
        <w:trPr>
          <w:trHeight w:val="302" w:hRule="exact"/>
        </w:trPr>
        <w:tc>
          <w:tcPr>
            <w:tcW w:type="dxa" w:w="1502"/>
            <w:vAlign w:val="center"/>
          </w:tcPr>
          <w:p>
            <w:pPr>
              <w:spacing w:before="0" w:after="0" w:line="240" w:lineRule="auto"/>
              <w:jc w:val="right"/>
            </w:pPr>
            <w:r/>
            <w:r>
              <w:rPr>
                <w:b/>
                <w:sz w:val="19"/>
              </w:rPr>
            </w:r>
          </w:p>
        </w:tc>
        <w:tc>
          <w:tcPr>
            <w:tcW w:type="dxa" w:w="1502"/>
            <w:vAlign w:val="center"/>
          </w:tcPr>
          <w:p>
            <w:pPr>
              <w:spacing w:before="0" w:after="0" w:line="240" w:lineRule="auto"/>
              <w:jc w:val="right"/>
            </w:pPr>
            <w:r/>
            <w:r>
              <w:rPr>
                <w:b/>
                <w:sz w:val="19"/>
              </w:rPr>
            </w:r>
          </w:p>
        </w:tc>
        <w:tc>
          <w:tcPr>
            <w:tcW w:type="dxa" w:w="1502"/>
            <w:vAlign w:val="center"/>
          </w:tcPr>
          <w:p>
            <w:pPr>
              <w:spacing w:before="0" w:after="0" w:line="240" w:lineRule="auto"/>
              <w:jc w:val="right"/>
            </w:pPr>
            <w:r/>
            <w:r>
              <w:rPr>
                <w:b/>
                <w:sz w:val="19"/>
              </w:rPr>
            </w:r>
          </w:p>
        </w:tc>
        <w:tc>
          <w:tcPr>
            <w:tcW w:type="dxa" w:w="1502"/>
            <w:vAlign w:val="center"/>
          </w:tcPr>
          <w:p>
            <w:pPr>
              <w:spacing w:before="0" w:after="0" w:line="240" w:lineRule="auto"/>
              <w:jc w:val="right"/>
            </w:pPr>
            <w:r/>
            <w:r>
              <w:rPr>
                <w:b/>
                <w:sz w:val="19"/>
              </w:rPr>
            </w:r>
          </w:p>
        </w:tc>
        <w:tc>
          <w:tcPr>
            <w:tcW w:type="dxa" w:w="1502"/>
            <w:vAlign w:val="center"/>
          </w:tcPr>
          <w:p>
            <w:pPr>
              <w:spacing w:before="0" w:after="0" w:line="240" w:lineRule="auto"/>
              <w:jc w:val="right"/>
            </w:pPr>
            <w:r/>
            <w:r>
              <w:rPr>
                <w:b/>
                <w:sz w:val="19"/>
              </w:rPr>
            </w:r>
          </w:p>
        </w:tc>
        <w:tc>
          <w:tcPr>
            <w:tcW w:type="dxa" w:w="1502"/>
            <w:vAlign w:val="center"/>
          </w:tcPr>
          <w:p>
            <w:pPr>
              <w:spacing w:before="0" w:after="0" w:line="240" w:lineRule="auto"/>
              <w:jc w:val="right"/>
            </w:pPr>
            <w:r/>
            <w:r>
              <w:rPr>
                <w:b/>
                <w:sz w:val="19"/>
              </w:rPr>
            </w:r>
          </w:p>
        </w:tc>
        <w:tc>
          <w:tcPr>
            <w:tcW w:type="dxa" w:w="1502"/>
            <w:vAlign w:val="center"/>
          </w:tcPr>
          <w:p>
            <w:pPr>
              <w:spacing w:before="0" w:after="0" w:line="240" w:lineRule="auto"/>
              <w:jc w:val="right"/>
            </w:pPr>
            <w:r/>
            <w:r>
              <w:rPr>
                <w:b/>
                <w:sz w:val="19"/>
              </w:rPr>
            </w:r>
          </w:p>
        </w:tc>
      </w:tr>
    </w:tbl>
    <w:p>
      <w:r>
        <w:br w:type="page"/>
      </w:r>
    </w:p>
    <w:p>
      <w:pPr>
        <w:spacing w:after="60"/>
      </w:pP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563"/>
        <w:gridCol w:w="1563"/>
        <w:gridCol w:w="1563"/>
        <w:gridCol w:w="1563"/>
        <w:gridCol w:w="1563"/>
        <w:gridCol w:w="1563"/>
        <w:gridCol w:w="1563"/>
      </w:tblGrid>
      <w:tr>
        <w:trPr>
          <w:trHeight w:val="316" w:hRule="exact"/>
        </w:trPr>
        <w:tc>
          <w:tcPr>
            <w:tcW w:type="dxa" w:w="1502"/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b/>
                <w:sz w:val="21"/>
              </w:rPr>
              <w:t>Sunday</w:t>
            </w:r>
          </w:p>
        </w:tc>
        <w:tc>
          <w:tcPr>
            <w:tcW w:type="dxa" w:w="1502"/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b/>
                <w:sz w:val="21"/>
              </w:rPr>
              <w:t>Monday</w:t>
            </w:r>
          </w:p>
        </w:tc>
        <w:tc>
          <w:tcPr>
            <w:tcW w:type="dxa" w:w="1502"/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b/>
                <w:sz w:val="21"/>
              </w:rPr>
              <w:t>Tuesday</w:t>
            </w:r>
          </w:p>
        </w:tc>
        <w:tc>
          <w:tcPr>
            <w:tcW w:type="dxa" w:w="1502"/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b/>
                <w:sz w:val="21"/>
              </w:rPr>
              <w:t>Wednesday</w:t>
            </w:r>
          </w:p>
        </w:tc>
        <w:tc>
          <w:tcPr>
            <w:tcW w:type="dxa" w:w="1502"/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b/>
                <w:sz w:val="21"/>
              </w:rPr>
              <w:t>Thursday</w:t>
            </w:r>
          </w:p>
        </w:tc>
        <w:tc>
          <w:tcPr>
            <w:tcW w:type="dxa" w:w="1502"/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b/>
                <w:sz w:val="21"/>
              </w:rPr>
              <w:t>Friday</w:t>
            </w:r>
          </w:p>
        </w:tc>
        <w:tc>
          <w:tcPr>
            <w:tcW w:type="dxa" w:w="1502"/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b/>
                <w:sz w:val="21"/>
              </w:rPr>
              <w:t>Saturday</w:t>
            </w:r>
          </w:p>
        </w:tc>
      </w:tr>
      <w:tr>
        <w:trPr>
          <w:trHeight w:val="244" w:hRule="exact"/>
        </w:trPr>
        <w:tc>
          <w:tcPr>
            <w:tcW w:type="dxa" w:w="1502"/>
            <w:shd w:fill="000000"/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b w:val="0"/>
                <w:sz w:val="2"/>
              </w:rPr>
            </w:r>
          </w:p>
        </w:tc>
        <w:tc>
          <w:tcPr>
            <w:tcW w:type="dxa" w:w="1502"/>
            <w:shd w:fill="000000"/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b w:val="0"/>
                <w:sz w:val="2"/>
              </w:rPr>
            </w:r>
          </w:p>
        </w:tc>
        <w:tc>
          <w:tcPr>
            <w:tcW w:type="dxa" w:w="1502"/>
            <w:shd w:fill="000000"/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b w:val="0"/>
                <w:sz w:val="2"/>
              </w:rPr>
            </w:r>
          </w:p>
        </w:tc>
        <w:tc>
          <w:tcPr>
            <w:tcW w:type="dxa" w:w="1502"/>
            <w:shd w:fill="000000"/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b w:val="0"/>
                <w:sz w:val="2"/>
              </w:rPr>
            </w:r>
          </w:p>
        </w:tc>
        <w:tc>
          <w:tcPr>
            <w:tcW w:type="dxa" w:w="1502"/>
            <w:shd w:fill="000000"/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b w:val="0"/>
                <w:sz w:val="2"/>
              </w:rPr>
            </w:r>
          </w:p>
        </w:tc>
        <w:tc>
          <w:tcPr>
            <w:tcW w:type="dxa" w:w="1502"/>
            <w:shd w:fill="000000"/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b w:val="0"/>
                <w:sz w:val="2"/>
              </w:rPr>
            </w:r>
          </w:p>
        </w:tc>
        <w:tc>
          <w:tcPr>
            <w:tcW w:type="dxa" w:w="1502"/>
            <w:shd w:fill="000000"/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b w:val="0"/>
                <w:sz w:val="2"/>
              </w:rPr>
            </w:r>
          </w:p>
        </w:tc>
      </w:tr>
      <w:tr>
        <w:trPr>
          <w:trHeight w:val="288" w:hRule="exact"/>
        </w:trPr>
        <w:tc>
          <w:tcPr>
            <w:tcW w:type="dxa" w:w="10514"/>
            <w:gridSpan w:val="7"/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b/>
                <w:sz w:val="18"/>
              </w:rPr>
              <w:t>March 2027</w:t>
            </w:r>
          </w:p>
        </w:tc>
      </w:tr>
      <w:tr>
        <w:trPr>
          <w:trHeight w:val="302" w:hRule="exact"/>
        </w:trPr>
        <w:tc>
          <w:tcPr>
            <w:tcW w:type="dxa" w:w="1502"/>
            <w:vAlign w:val="center"/>
          </w:tcPr>
          <w:p>
            <w:pPr>
              <w:spacing w:before="0" w:after="0" w:line="240" w:lineRule="auto"/>
              <w:jc w:val="right"/>
            </w:pPr>
            <w:r/>
            <w:r>
              <w:rPr>
                <w:b/>
                <w:sz w:val="19"/>
              </w:rPr>
            </w:r>
          </w:p>
        </w:tc>
        <w:tc>
          <w:tcPr>
            <w:tcW w:type="dxa" w:w="1502"/>
            <w:vAlign w:val="center"/>
          </w:tcPr>
          <w:p>
            <w:pPr>
              <w:spacing w:before="0" w:after="0" w:line="240" w:lineRule="auto"/>
              <w:jc w:val="right"/>
            </w:pPr>
            <w:r/>
            <w:r>
              <w:rPr>
                <w:b/>
                <w:sz w:val="19"/>
              </w:rPr>
              <w:t>1</w:t>
            </w:r>
          </w:p>
        </w:tc>
        <w:tc>
          <w:tcPr>
            <w:tcW w:type="dxa" w:w="1502"/>
            <w:vAlign w:val="center"/>
          </w:tcPr>
          <w:p>
            <w:pPr>
              <w:spacing w:before="0" w:after="0" w:line="240" w:lineRule="auto"/>
              <w:jc w:val="right"/>
            </w:pPr>
            <w:r/>
            <w:r>
              <w:rPr>
                <w:b/>
                <w:sz w:val="19"/>
              </w:rPr>
              <w:t>2</w:t>
            </w:r>
          </w:p>
        </w:tc>
        <w:tc>
          <w:tcPr>
            <w:tcW w:type="dxa" w:w="1502"/>
            <w:vAlign w:val="center"/>
          </w:tcPr>
          <w:p>
            <w:pPr>
              <w:spacing w:before="0" w:after="0" w:line="240" w:lineRule="auto"/>
              <w:jc w:val="right"/>
            </w:pPr>
            <w:r/>
            <w:r>
              <w:rPr>
                <w:b/>
                <w:sz w:val="19"/>
              </w:rPr>
              <w:t>3</w:t>
            </w:r>
          </w:p>
        </w:tc>
        <w:tc>
          <w:tcPr>
            <w:tcW w:type="dxa" w:w="1502"/>
            <w:vAlign w:val="center"/>
          </w:tcPr>
          <w:p>
            <w:pPr>
              <w:spacing w:before="0" w:after="0" w:line="240" w:lineRule="auto"/>
              <w:jc w:val="right"/>
            </w:pPr>
            <w:r/>
            <w:r>
              <w:rPr>
                <w:b/>
                <w:sz w:val="19"/>
              </w:rPr>
              <w:t>4</w:t>
            </w:r>
          </w:p>
        </w:tc>
        <w:tc>
          <w:tcPr>
            <w:tcW w:type="dxa" w:w="1502"/>
            <w:vAlign w:val="center"/>
          </w:tcPr>
          <w:p>
            <w:pPr>
              <w:spacing w:before="0" w:after="0" w:line="240" w:lineRule="auto"/>
              <w:jc w:val="right"/>
            </w:pPr>
            <w:r/>
            <w:r>
              <w:rPr>
                <w:b/>
                <w:sz w:val="19"/>
              </w:rPr>
              <w:t>5</w:t>
            </w:r>
          </w:p>
        </w:tc>
        <w:tc>
          <w:tcPr>
            <w:tcW w:type="dxa" w:w="1502"/>
            <w:vAlign w:val="center"/>
          </w:tcPr>
          <w:p>
            <w:pPr>
              <w:spacing w:before="0" w:after="0" w:line="240" w:lineRule="auto"/>
              <w:jc w:val="right"/>
            </w:pPr>
            <w:r/>
            <w:r>
              <w:rPr>
                <w:b/>
                <w:sz w:val="19"/>
              </w:rPr>
              <w:t>6</w:t>
            </w:r>
          </w:p>
        </w:tc>
      </w:tr>
      <w:tr>
        <w:trPr>
          <w:trHeight w:val="302" w:hRule="exact"/>
        </w:trPr>
        <w:tc>
          <w:tcPr>
            <w:tcW w:type="dxa" w:w="1502"/>
            <w:vAlign w:val="center"/>
          </w:tcPr>
          <w:p>
            <w:pPr>
              <w:spacing w:before="0" w:after="0" w:line="240" w:lineRule="auto"/>
              <w:jc w:val="right"/>
            </w:pPr>
            <w:r/>
            <w:r>
              <w:rPr>
                <w:b/>
                <w:sz w:val="19"/>
              </w:rPr>
              <w:t>7</w:t>
            </w:r>
          </w:p>
        </w:tc>
        <w:tc>
          <w:tcPr>
            <w:tcW w:type="dxa" w:w="1502"/>
            <w:vAlign w:val="center"/>
          </w:tcPr>
          <w:p>
            <w:pPr>
              <w:spacing w:before="0" w:after="0" w:line="240" w:lineRule="auto"/>
              <w:jc w:val="right"/>
            </w:pPr>
            <w:r/>
            <w:r>
              <w:rPr>
                <w:b/>
                <w:sz w:val="19"/>
              </w:rPr>
              <w:t>8</w:t>
            </w:r>
          </w:p>
        </w:tc>
        <w:tc>
          <w:tcPr>
            <w:tcW w:type="dxa" w:w="1502"/>
            <w:vAlign w:val="center"/>
          </w:tcPr>
          <w:p>
            <w:pPr>
              <w:spacing w:before="0" w:after="0" w:line="240" w:lineRule="auto"/>
              <w:jc w:val="right"/>
            </w:pPr>
            <w:r/>
            <w:r>
              <w:rPr>
                <w:b/>
                <w:sz w:val="19"/>
              </w:rPr>
              <w:t>9</w:t>
            </w:r>
          </w:p>
        </w:tc>
        <w:tc>
          <w:tcPr>
            <w:tcW w:type="dxa" w:w="1502"/>
            <w:vAlign w:val="center"/>
          </w:tcPr>
          <w:p>
            <w:pPr>
              <w:spacing w:before="0" w:after="0" w:line="240" w:lineRule="auto"/>
              <w:jc w:val="right"/>
            </w:pPr>
            <w:r/>
            <w:r>
              <w:rPr>
                <w:b/>
                <w:sz w:val="19"/>
              </w:rPr>
              <w:t>10</w:t>
            </w:r>
          </w:p>
        </w:tc>
        <w:tc>
          <w:tcPr>
            <w:tcW w:type="dxa" w:w="1502"/>
            <w:vAlign w:val="center"/>
          </w:tcPr>
          <w:p>
            <w:pPr>
              <w:spacing w:before="0" w:after="0" w:line="240" w:lineRule="auto"/>
              <w:jc w:val="right"/>
            </w:pPr>
            <w:r/>
            <w:r>
              <w:rPr>
                <w:b/>
                <w:sz w:val="19"/>
              </w:rPr>
              <w:t>11</w:t>
            </w:r>
          </w:p>
        </w:tc>
        <w:tc>
          <w:tcPr>
            <w:tcW w:type="dxa" w:w="1502"/>
            <w:vAlign w:val="center"/>
          </w:tcPr>
          <w:p>
            <w:pPr>
              <w:spacing w:before="0" w:after="0" w:line="240" w:lineRule="auto"/>
              <w:jc w:val="right"/>
            </w:pPr>
            <w:r/>
            <w:r>
              <w:rPr>
                <w:b/>
                <w:sz w:val="19"/>
              </w:rPr>
              <w:t>12</w:t>
            </w:r>
          </w:p>
        </w:tc>
        <w:tc>
          <w:tcPr>
            <w:tcW w:type="dxa" w:w="1502"/>
            <w:vAlign w:val="center"/>
          </w:tcPr>
          <w:p>
            <w:pPr>
              <w:spacing w:before="0" w:after="0" w:line="240" w:lineRule="auto"/>
              <w:jc w:val="right"/>
            </w:pPr>
            <w:r/>
            <w:r>
              <w:rPr>
                <w:b/>
                <w:sz w:val="19"/>
              </w:rPr>
              <w:t>13</w:t>
            </w:r>
          </w:p>
        </w:tc>
      </w:tr>
      <w:tr>
        <w:trPr>
          <w:trHeight w:val="302" w:hRule="exact"/>
        </w:trPr>
        <w:tc>
          <w:tcPr>
            <w:tcW w:type="dxa" w:w="1502"/>
            <w:vAlign w:val="center"/>
          </w:tcPr>
          <w:p>
            <w:pPr>
              <w:spacing w:before="0" w:after="0" w:line="240" w:lineRule="auto"/>
              <w:jc w:val="right"/>
            </w:pPr>
            <w:r/>
            <w:r>
              <w:rPr>
                <w:b/>
                <w:sz w:val="19"/>
              </w:rPr>
              <w:t>14</w:t>
            </w:r>
          </w:p>
        </w:tc>
        <w:tc>
          <w:tcPr>
            <w:tcW w:type="dxa" w:w="1502"/>
            <w:vAlign w:val="center"/>
          </w:tcPr>
          <w:p>
            <w:pPr>
              <w:spacing w:before="0" w:after="0" w:line="240" w:lineRule="auto"/>
              <w:jc w:val="right"/>
            </w:pPr>
            <w:r/>
            <w:r>
              <w:rPr>
                <w:b/>
                <w:sz w:val="19"/>
              </w:rPr>
              <w:t>15</w:t>
            </w:r>
          </w:p>
        </w:tc>
        <w:tc>
          <w:tcPr>
            <w:tcW w:type="dxa" w:w="1502"/>
            <w:vAlign w:val="center"/>
          </w:tcPr>
          <w:p>
            <w:pPr>
              <w:spacing w:before="0" w:after="0" w:line="240" w:lineRule="auto"/>
              <w:jc w:val="right"/>
            </w:pPr>
            <w:r/>
            <w:r>
              <w:rPr>
                <w:b/>
                <w:sz w:val="19"/>
              </w:rPr>
              <w:t>16</w:t>
            </w:r>
          </w:p>
        </w:tc>
        <w:tc>
          <w:tcPr>
            <w:tcW w:type="dxa" w:w="1502"/>
            <w:vAlign w:val="center"/>
          </w:tcPr>
          <w:p>
            <w:pPr>
              <w:spacing w:before="0" w:after="0" w:line="240" w:lineRule="auto"/>
              <w:jc w:val="right"/>
            </w:pPr>
            <w:r/>
            <w:r>
              <w:rPr>
                <w:b/>
                <w:sz w:val="19"/>
              </w:rPr>
              <w:t>17</w:t>
            </w:r>
          </w:p>
        </w:tc>
        <w:tc>
          <w:tcPr>
            <w:tcW w:type="dxa" w:w="1502"/>
            <w:vAlign w:val="center"/>
          </w:tcPr>
          <w:p>
            <w:pPr>
              <w:spacing w:before="0" w:after="0" w:line="240" w:lineRule="auto"/>
              <w:jc w:val="right"/>
            </w:pPr>
            <w:r/>
            <w:r>
              <w:rPr>
                <w:b/>
                <w:sz w:val="19"/>
              </w:rPr>
              <w:t>18</w:t>
            </w:r>
          </w:p>
        </w:tc>
        <w:tc>
          <w:tcPr>
            <w:tcW w:type="dxa" w:w="1502"/>
            <w:vAlign w:val="center"/>
          </w:tcPr>
          <w:p>
            <w:pPr>
              <w:spacing w:before="0" w:after="0" w:line="240" w:lineRule="auto"/>
              <w:jc w:val="right"/>
            </w:pPr>
            <w:r/>
            <w:r>
              <w:rPr>
                <w:b/>
                <w:sz w:val="19"/>
              </w:rPr>
              <w:t>19</w:t>
            </w:r>
          </w:p>
        </w:tc>
        <w:tc>
          <w:tcPr>
            <w:tcW w:type="dxa" w:w="1502"/>
            <w:vAlign w:val="center"/>
          </w:tcPr>
          <w:p>
            <w:pPr>
              <w:spacing w:before="0" w:after="0" w:line="240" w:lineRule="auto"/>
              <w:jc w:val="right"/>
            </w:pPr>
            <w:r/>
            <w:r>
              <w:rPr>
                <w:b/>
                <w:sz w:val="19"/>
              </w:rPr>
              <w:t>20</w:t>
            </w:r>
          </w:p>
        </w:tc>
      </w:tr>
      <w:tr>
        <w:trPr>
          <w:trHeight w:val="302" w:hRule="exact"/>
        </w:trPr>
        <w:tc>
          <w:tcPr>
            <w:tcW w:type="dxa" w:w="1502"/>
            <w:vAlign w:val="center"/>
          </w:tcPr>
          <w:p>
            <w:pPr>
              <w:spacing w:before="0" w:after="0" w:line="240" w:lineRule="auto"/>
              <w:jc w:val="right"/>
            </w:pPr>
            <w:r/>
            <w:r>
              <w:rPr>
                <w:b/>
                <w:sz w:val="19"/>
              </w:rPr>
              <w:t>21</w:t>
            </w:r>
          </w:p>
        </w:tc>
        <w:tc>
          <w:tcPr>
            <w:tcW w:type="dxa" w:w="1502"/>
            <w:vAlign w:val="center"/>
          </w:tcPr>
          <w:p>
            <w:pPr>
              <w:spacing w:before="0" w:after="0" w:line="240" w:lineRule="auto"/>
              <w:jc w:val="right"/>
            </w:pPr>
            <w:r/>
            <w:r>
              <w:rPr>
                <w:b/>
                <w:sz w:val="19"/>
              </w:rPr>
              <w:t>22</w:t>
            </w:r>
          </w:p>
        </w:tc>
        <w:tc>
          <w:tcPr>
            <w:tcW w:type="dxa" w:w="1502"/>
            <w:vAlign w:val="center"/>
          </w:tcPr>
          <w:p>
            <w:pPr>
              <w:spacing w:before="0" w:after="0" w:line="240" w:lineRule="auto"/>
              <w:jc w:val="right"/>
            </w:pPr>
            <w:r/>
            <w:r>
              <w:rPr>
                <w:b/>
                <w:sz w:val="19"/>
              </w:rPr>
              <w:t>23</w:t>
            </w:r>
          </w:p>
        </w:tc>
        <w:tc>
          <w:tcPr>
            <w:tcW w:type="dxa" w:w="1502"/>
            <w:vAlign w:val="center"/>
          </w:tcPr>
          <w:p>
            <w:pPr>
              <w:spacing w:before="0" w:after="0" w:line="240" w:lineRule="auto"/>
              <w:jc w:val="right"/>
            </w:pPr>
            <w:r/>
            <w:r>
              <w:rPr>
                <w:b/>
                <w:sz w:val="19"/>
              </w:rPr>
              <w:t>24</w:t>
            </w:r>
          </w:p>
        </w:tc>
        <w:tc>
          <w:tcPr>
            <w:tcW w:type="dxa" w:w="1502"/>
            <w:vAlign w:val="center"/>
          </w:tcPr>
          <w:p>
            <w:pPr>
              <w:spacing w:before="0" w:after="0" w:line="240" w:lineRule="auto"/>
              <w:jc w:val="right"/>
            </w:pPr>
            <w:r/>
            <w:r>
              <w:rPr>
                <w:b/>
                <w:sz w:val="19"/>
              </w:rPr>
              <w:t>25</w:t>
            </w:r>
          </w:p>
        </w:tc>
        <w:tc>
          <w:tcPr>
            <w:tcW w:type="dxa" w:w="1502"/>
            <w:vAlign w:val="center"/>
          </w:tcPr>
          <w:p>
            <w:pPr>
              <w:spacing w:before="0" w:after="0" w:line="240" w:lineRule="auto"/>
              <w:jc w:val="right"/>
            </w:pPr>
            <w:r/>
            <w:r>
              <w:rPr>
                <w:b/>
                <w:sz w:val="19"/>
              </w:rPr>
              <w:t>26</w:t>
            </w:r>
          </w:p>
        </w:tc>
        <w:tc>
          <w:tcPr>
            <w:tcW w:type="dxa" w:w="1502"/>
            <w:vAlign w:val="center"/>
          </w:tcPr>
          <w:p>
            <w:pPr>
              <w:spacing w:before="0" w:after="0" w:line="240" w:lineRule="auto"/>
              <w:jc w:val="right"/>
            </w:pPr>
            <w:r/>
            <w:r>
              <w:rPr>
                <w:b/>
                <w:sz w:val="19"/>
              </w:rPr>
              <w:t>27</w:t>
            </w:r>
          </w:p>
        </w:tc>
      </w:tr>
      <w:tr>
        <w:trPr>
          <w:trHeight w:val="302" w:hRule="exact"/>
        </w:trPr>
        <w:tc>
          <w:tcPr>
            <w:tcW w:type="dxa" w:w="1502"/>
            <w:vAlign w:val="center"/>
          </w:tcPr>
          <w:p>
            <w:pPr>
              <w:spacing w:before="0" w:after="0" w:line="240" w:lineRule="auto"/>
              <w:jc w:val="right"/>
            </w:pPr>
            <w:r/>
            <w:r>
              <w:rPr>
                <w:b/>
                <w:sz w:val="19"/>
              </w:rPr>
              <w:t>28</w:t>
            </w:r>
          </w:p>
        </w:tc>
        <w:tc>
          <w:tcPr>
            <w:tcW w:type="dxa" w:w="1502"/>
            <w:vAlign w:val="center"/>
          </w:tcPr>
          <w:p>
            <w:pPr>
              <w:spacing w:before="0" w:after="0" w:line="240" w:lineRule="auto"/>
              <w:jc w:val="right"/>
            </w:pPr>
            <w:r/>
            <w:r>
              <w:rPr>
                <w:b/>
                <w:sz w:val="19"/>
              </w:rPr>
              <w:t>29</w:t>
            </w:r>
          </w:p>
        </w:tc>
        <w:tc>
          <w:tcPr>
            <w:tcW w:type="dxa" w:w="1502"/>
            <w:vAlign w:val="center"/>
          </w:tcPr>
          <w:p>
            <w:pPr>
              <w:spacing w:before="0" w:after="0" w:line="240" w:lineRule="auto"/>
              <w:jc w:val="right"/>
            </w:pPr>
            <w:r/>
            <w:r>
              <w:rPr>
                <w:b/>
                <w:sz w:val="19"/>
              </w:rPr>
              <w:t>30</w:t>
            </w:r>
          </w:p>
        </w:tc>
        <w:tc>
          <w:tcPr>
            <w:tcW w:type="dxa" w:w="1502"/>
            <w:vAlign w:val="center"/>
          </w:tcPr>
          <w:p>
            <w:pPr>
              <w:spacing w:before="0" w:after="0" w:line="240" w:lineRule="auto"/>
              <w:jc w:val="right"/>
            </w:pPr>
            <w:r/>
            <w:r>
              <w:rPr>
                <w:b/>
                <w:sz w:val="19"/>
              </w:rPr>
              <w:t>31</w:t>
            </w:r>
          </w:p>
        </w:tc>
        <w:tc>
          <w:tcPr>
            <w:tcW w:type="dxa" w:w="1502"/>
            <w:vAlign w:val="center"/>
          </w:tcPr>
          <w:p>
            <w:pPr>
              <w:spacing w:before="0" w:after="0" w:line="240" w:lineRule="auto"/>
              <w:jc w:val="right"/>
            </w:pPr>
            <w:r/>
            <w:r>
              <w:rPr>
                <w:b/>
                <w:sz w:val="19"/>
              </w:rPr>
            </w:r>
          </w:p>
        </w:tc>
        <w:tc>
          <w:tcPr>
            <w:tcW w:type="dxa" w:w="1502"/>
            <w:vAlign w:val="center"/>
          </w:tcPr>
          <w:p>
            <w:pPr>
              <w:spacing w:before="0" w:after="0" w:line="240" w:lineRule="auto"/>
              <w:jc w:val="right"/>
            </w:pPr>
            <w:r/>
            <w:r>
              <w:rPr>
                <w:b/>
                <w:sz w:val="19"/>
              </w:rPr>
            </w:r>
          </w:p>
        </w:tc>
        <w:tc>
          <w:tcPr>
            <w:tcW w:type="dxa" w:w="1502"/>
            <w:vAlign w:val="center"/>
          </w:tcPr>
          <w:p>
            <w:pPr>
              <w:spacing w:before="0" w:after="0" w:line="240" w:lineRule="auto"/>
              <w:jc w:val="right"/>
            </w:pPr>
            <w:r/>
            <w:r>
              <w:rPr>
                <w:b/>
                <w:sz w:val="19"/>
              </w:rPr>
            </w:r>
          </w:p>
        </w:tc>
      </w:tr>
      <w:tr>
        <w:trPr>
          <w:trHeight w:val="302" w:hRule="exact"/>
        </w:trPr>
        <w:tc>
          <w:tcPr>
            <w:tcW w:type="dxa" w:w="1502"/>
            <w:vAlign w:val="center"/>
          </w:tcPr>
          <w:p>
            <w:pPr>
              <w:spacing w:before="0" w:after="0" w:line="240" w:lineRule="auto"/>
              <w:jc w:val="right"/>
            </w:pPr>
            <w:r/>
            <w:r>
              <w:rPr>
                <w:b/>
                <w:sz w:val="19"/>
              </w:rPr>
            </w:r>
          </w:p>
        </w:tc>
        <w:tc>
          <w:tcPr>
            <w:tcW w:type="dxa" w:w="1502"/>
            <w:vAlign w:val="center"/>
          </w:tcPr>
          <w:p>
            <w:pPr>
              <w:spacing w:before="0" w:after="0" w:line="240" w:lineRule="auto"/>
              <w:jc w:val="right"/>
            </w:pPr>
            <w:r/>
            <w:r>
              <w:rPr>
                <w:b/>
                <w:sz w:val="19"/>
              </w:rPr>
            </w:r>
          </w:p>
        </w:tc>
        <w:tc>
          <w:tcPr>
            <w:tcW w:type="dxa" w:w="1502"/>
            <w:vAlign w:val="center"/>
          </w:tcPr>
          <w:p>
            <w:pPr>
              <w:spacing w:before="0" w:after="0" w:line="240" w:lineRule="auto"/>
              <w:jc w:val="right"/>
            </w:pPr>
            <w:r/>
            <w:r>
              <w:rPr>
                <w:b/>
                <w:sz w:val="19"/>
              </w:rPr>
            </w:r>
          </w:p>
        </w:tc>
        <w:tc>
          <w:tcPr>
            <w:tcW w:type="dxa" w:w="1502"/>
            <w:vAlign w:val="center"/>
          </w:tcPr>
          <w:p>
            <w:pPr>
              <w:spacing w:before="0" w:after="0" w:line="240" w:lineRule="auto"/>
              <w:jc w:val="right"/>
            </w:pPr>
            <w:r/>
            <w:r>
              <w:rPr>
                <w:b/>
                <w:sz w:val="19"/>
              </w:rPr>
            </w:r>
          </w:p>
        </w:tc>
        <w:tc>
          <w:tcPr>
            <w:tcW w:type="dxa" w:w="1502"/>
            <w:vAlign w:val="center"/>
          </w:tcPr>
          <w:p>
            <w:pPr>
              <w:spacing w:before="0" w:after="0" w:line="240" w:lineRule="auto"/>
              <w:jc w:val="right"/>
            </w:pPr>
            <w:r/>
            <w:r>
              <w:rPr>
                <w:b/>
                <w:sz w:val="19"/>
              </w:rPr>
            </w:r>
          </w:p>
        </w:tc>
        <w:tc>
          <w:tcPr>
            <w:tcW w:type="dxa" w:w="1502"/>
            <w:vAlign w:val="center"/>
          </w:tcPr>
          <w:p>
            <w:pPr>
              <w:spacing w:before="0" w:after="0" w:line="240" w:lineRule="auto"/>
              <w:jc w:val="right"/>
            </w:pPr>
            <w:r/>
            <w:r>
              <w:rPr>
                <w:b/>
                <w:sz w:val="19"/>
              </w:rPr>
            </w:r>
          </w:p>
        </w:tc>
        <w:tc>
          <w:tcPr>
            <w:tcW w:type="dxa" w:w="1502"/>
            <w:vAlign w:val="center"/>
          </w:tcPr>
          <w:p>
            <w:pPr>
              <w:spacing w:before="0" w:after="0" w:line="240" w:lineRule="auto"/>
              <w:jc w:val="right"/>
            </w:pPr>
            <w:r/>
            <w:r>
              <w:rPr>
                <w:b/>
                <w:sz w:val="19"/>
              </w:rPr>
            </w:r>
          </w:p>
        </w:tc>
      </w:tr>
      <w:tr>
        <w:trPr>
          <w:trHeight w:val="244" w:hRule="exact"/>
        </w:trPr>
        <w:tc>
          <w:tcPr>
            <w:tcW w:type="dxa" w:w="1502"/>
            <w:shd w:fill="000000"/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b w:val="0"/>
                <w:sz w:val="2"/>
              </w:rPr>
            </w:r>
          </w:p>
        </w:tc>
        <w:tc>
          <w:tcPr>
            <w:tcW w:type="dxa" w:w="1502"/>
            <w:shd w:fill="000000"/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b w:val="0"/>
                <w:sz w:val="2"/>
              </w:rPr>
            </w:r>
          </w:p>
        </w:tc>
        <w:tc>
          <w:tcPr>
            <w:tcW w:type="dxa" w:w="1502"/>
            <w:shd w:fill="000000"/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b w:val="0"/>
                <w:sz w:val="2"/>
              </w:rPr>
            </w:r>
          </w:p>
        </w:tc>
        <w:tc>
          <w:tcPr>
            <w:tcW w:type="dxa" w:w="1502"/>
            <w:shd w:fill="000000"/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b w:val="0"/>
                <w:sz w:val="2"/>
              </w:rPr>
            </w:r>
          </w:p>
        </w:tc>
        <w:tc>
          <w:tcPr>
            <w:tcW w:type="dxa" w:w="1502"/>
            <w:shd w:fill="000000"/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b w:val="0"/>
                <w:sz w:val="2"/>
              </w:rPr>
            </w:r>
          </w:p>
        </w:tc>
        <w:tc>
          <w:tcPr>
            <w:tcW w:type="dxa" w:w="1502"/>
            <w:shd w:fill="000000"/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b w:val="0"/>
                <w:sz w:val="2"/>
              </w:rPr>
            </w:r>
          </w:p>
        </w:tc>
        <w:tc>
          <w:tcPr>
            <w:tcW w:type="dxa" w:w="1502"/>
            <w:shd w:fill="000000"/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b w:val="0"/>
                <w:sz w:val="2"/>
              </w:rPr>
            </w:r>
          </w:p>
        </w:tc>
      </w:tr>
      <w:tr>
        <w:trPr>
          <w:trHeight w:val="288" w:hRule="exact"/>
        </w:trPr>
        <w:tc>
          <w:tcPr>
            <w:tcW w:type="dxa" w:w="10514"/>
            <w:gridSpan w:val="7"/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b/>
                <w:sz w:val="18"/>
              </w:rPr>
              <w:t>April 2027</w:t>
            </w:r>
          </w:p>
        </w:tc>
      </w:tr>
      <w:tr>
        <w:trPr>
          <w:trHeight w:val="302" w:hRule="exact"/>
        </w:trPr>
        <w:tc>
          <w:tcPr>
            <w:tcW w:type="dxa" w:w="1502"/>
            <w:vAlign w:val="center"/>
          </w:tcPr>
          <w:p>
            <w:pPr>
              <w:spacing w:before="0" w:after="0" w:line="240" w:lineRule="auto"/>
              <w:jc w:val="right"/>
            </w:pPr>
            <w:r/>
            <w:r>
              <w:rPr>
                <w:b/>
                <w:sz w:val="19"/>
              </w:rPr>
            </w:r>
          </w:p>
        </w:tc>
        <w:tc>
          <w:tcPr>
            <w:tcW w:type="dxa" w:w="1502"/>
            <w:vAlign w:val="center"/>
          </w:tcPr>
          <w:p>
            <w:pPr>
              <w:spacing w:before="0" w:after="0" w:line="240" w:lineRule="auto"/>
              <w:jc w:val="right"/>
            </w:pPr>
            <w:r/>
            <w:r>
              <w:rPr>
                <w:b/>
                <w:sz w:val="19"/>
              </w:rPr>
            </w:r>
          </w:p>
        </w:tc>
        <w:tc>
          <w:tcPr>
            <w:tcW w:type="dxa" w:w="1502"/>
            <w:vAlign w:val="center"/>
          </w:tcPr>
          <w:p>
            <w:pPr>
              <w:spacing w:before="0" w:after="0" w:line="240" w:lineRule="auto"/>
              <w:jc w:val="right"/>
            </w:pPr>
            <w:r/>
            <w:r>
              <w:rPr>
                <w:b/>
                <w:sz w:val="19"/>
              </w:rPr>
            </w:r>
          </w:p>
        </w:tc>
        <w:tc>
          <w:tcPr>
            <w:tcW w:type="dxa" w:w="1502"/>
            <w:vAlign w:val="center"/>
          </w:tcPr>
          <w:p>
            <w:pPr>
              <w:spacing w:before="0" w:after="0" w:line="240" w:lineRule="auto"/>
              <w:jc w:val="right"/>
            </w:pPr>
            <w:r/>
            <w:r>
              <w:rPr>
                <w:b/>
                <w:sz w:val="19"/>
              </w:rPr>
            </w:r>
          </w:p>
        </w:tc>
        <w:tc>
          <w:tcPr>
            <w:tcW w:type="dxa" w:w="1502"/>
            <w:vAlign w:val="center"/>
          </w:tcPr>
          <w:p>
            <w:pPr>
              <w:spacing w:before="0" w:after="0" w:line="240" w:lineRule="auto"/>
              <w:jc w:val="right"/>
            </w:pPr>
            <w:r/>
            <w:r>
              <w:rPr>
                <w:b/>
                <w:sz w:val="19"/>
              </w:rPr>
              <w:t>1</w:t>
            </w:r>
          </w:p>
        </w:tc>
        <w:tc>
          <w:tcPr>
            <w:tcW w:type="dxa" w:w="1502"/>
            <w:vAlign w:val="center"/>
          </w:tcPr>
          <w:p>
            <w:pPr>
              <w:spacing w:before="0" w:after="0" w:line="240" w:lineRule="auto"/>
              <w:jc w:val="right"/>
            </w:pPr>
            <w:r/>
            <w:r>
              <w:rPr>
                <w:b/>
                <w:sz w:val="19"/>
              </w:rPr>
              <w:t>2</w:t>
            </w:r>
          </w:p>
        </w:tc>
        <w:tc>
          <w:tcPr>
            <w:tcW w:type="dxa" w:w="1502"/>
            <w:vAlign w:val="center"/>
          </w:tcPr>
          <w:p>
            <w:pPr>
              <w:spacing w:before="0" w:after="0" w:line="240" w:lineRule="auto"/>
              <w:jc w:val="right"/>
            </w:pPr>
            <w:r/>
            <w:r>
              <w:rPr>
                <w:b/>
                <w:sz w:val="19"/>
              </w:rPr>
              <w:t>3</w:t>
            </w:r>
          </w:p>
        </w:tc>
      </w:tr>
      <w:tr>
        <w:trPr>
          <w:trHeight w:val="302" w:hRule="exact"/>
        </w:trPr>
        <w:tc>
          <w:tcPr>
            <w:tcW w:type="dxa" w:w="1502"/>
            <w:vAlign w:val="center"/>
          </w:tcPr>
          <w:p>
            <w:pPr>
              <w:spacing w:before="0" w:after="0" w:line="240" w:lineRule="auto"/>
              <w:jc w:val="right"/>
            </w:pPr>
            <w:r/>
            <w:r>
              <w:rPr>
                <w:b/>
                <w:sz w:val="19"/>
              </w:rPr>
              <w:t>4</w:t>
            </w:r>
          </w:p>
        </w:tc>
        <w:tc>
          <w:tcPr>
            <w:tcW w:type="dxa" w:w="1502"/>
            <w:vAlign w:val="center"/>
          </w:tcPr>
          <w:p>
            <w:pPr>
              <w:spacing w:before="0" w:after="0" w:line="240" w:lineRule="auto"/>
              <w:jc w:val="right"/>
            </w:pPr>
            <w:r/>
            <w:r>
              <w:rPr>
                <w:b/>
                <w:sz w:val="19"/>
              </w:rPr>
              <w:t>5</w:t>
            </w:r>
          </w:p>
        </w:tc>
        <w:tc>
          <w:tcPr>
            <w:tcW w:type="dxa" w:w="1502"/>
            <w:vAlign w:val="center"/>
          </w:tcPr>
          <w:p>
            <w:pPr>
              <w:spacing w:before="0" w:after="0" w:line="240" w:lineRule="auto"/>
              <w:jc w:val="right"/>
            </w:pPr>
            <w:r/>
            <w:r>
              <w:rPr>
                <w:b/>
                <w:sz w:val="19"/>
              </w:rPr>
              <w:t>6</w:t>
            </w:r>
          </w:p>
        </w:tc>
        <w:tc>
          <w:tcPr>
            <w:tcW w:type="dxa" w:w="1502"/>
            <w:vAlign w:val="center"/>
          </w:tcPr>
          <w:p>
            <w:pPr>
              <w:spacing w:before="0" w:after="0" w:line="240" w:lineRule="auto"/>
              <w:jc w:val="right"/>
            </w:pPr>
            <w:r/>
            <w:r>
              <w:rPr>
                <w:b/>
                <w:sz w:val="19"/>
              </w:rPr>
              <w:t>7</w:t>
            </w:r>
          </w:p>
        </w:tc>
        <w:tc>
          <w:tcPr>
            <w:tcW w:type="dxa" w:w="1502"/>
            <w:vAlign w:val="center"/>
          </w:tcPr>
          <w:p>
            <w:pPr>
              <w:spacing w:before="0" w:after="0" w:line="240" w:lineRule="auto"/>
              <w:jc w:val="right"/>
            </w:pPr>
            <w:r/>
            <w:r>
              <w:rPr>
                <w:b/>
                <w:sz w:val="19"/>
              </w:rPr>
              <w:t>8</w:t>
            </w:r>
          </w:p>
        </w:tc>
        <w:tc>
          <w:tcPr>
            <w:tcW w:type="dxa" w:w="1502"/>
            <w:vAlign w:val="center"/>
          </w:tcPr>
          <w:p>
            <w:pPr>
              <w:spacing w:before="0" w:after="0" w:line="240" w:lineRule="auto"/>
              <w:jc w:val="right"/>
            </w:pPr>
            <w:r/>
            <w:r>
              <w:rPr>
                <w:b/>
                <w:sz w:val="19"/>
              </w:rPr>
              <w:t>9</w:t>
            </w:r>
          </w:p>
        </w:tc>
        <w:tc>
          <w:tcPr>
            <w:tcW w:type="dxa" w:w="1502"/>
            <w:vAlign w:val="center"/>
          </w:tcPr>
          <w:p>
            <w:pPr>
              <w:spacing w:before="0" w:after="0" w:line="240" w:lineRule="auto"/>
              <w:jc w:val="right"/>
            </w:pPr>
            <w:r/>
            <w:r>
              <w:rPr>
                <w:b/>
                <w:sz w:val="19"/>
              </w:rPr>
              <w:t>10</w:t>
            </w:r>
          </w:p>
        </w:tc>
      </w:tr>
      <w:tr>
        <w:trPr>
          <w:trHeight w:val="302" w:hRule="exact"/>
        </w:trPr>
        <w:tc>
          <w:tcPr>
            <w:tcW w:type="dxa" w:w="1502"/>
            <w:vAlign w:val="center"/>
          </w:tcPr>
          <w:p>
            <w:pPr>
              <w:spacing w:before="0" w:after="0" w:line="240" w:lineRule="auto"/>
              <w:jc w:val="right"/>
            </w:pPr>
            <w:r/>
            <w:r>
              <w:rPr>
                <w:b/>
                <w:sz w:val="19"/>
              </w:rPr>
              <w:t>11</w:t>
            </w:r>
          </w:p>
        </w:tc>
        <w:tc>
          <w:tcPr>
            <w:tcW w:type="dxa" w:w="1502"/>
            <w:vAlign w:val="center"/>
          </w:tcPr>
          <w:p>
            <w:pPr>
              <w:spacing w:before="0" w:after="0" w:line="240" w:lineRule="auto"/>
              <w:jc w:val="right"/>
            </w:pPr>
            <w:r/>
            <w:r>
              <w:rPr>
                <w:b/>
                <w:sz w:val="19"/>
              </w:rPr>
              <w:t>12</w:t>
            </w:r>
          </w:p>
        </w:tc>
        <w:tc>
          <w:tcPr>
            <w:tcW w:type="dxa" w:w="1502"/>
            <w:vAlign w:val="center"/>
          </w:tcPr>
          <w:p>
            <w:pPr>
              <w:spacing w:before="0" w:after="0" w:line="240" w:lineRule="auto"/>
              <w:jc w:val="right"/>
            </w:pPr>
            <w:r/>
            <w:r>
              <w:rPr>
                <w:b/>
                <w:sz w:val="19"/>
              </w:rPr>
              <w:t>13</w:t>
            </w:r>
          </w:p>
        </w:tc>
        <w:tc>
          <w:tcPr>
            <w:tcW w:type="dxa" w:w="1502"/>
            <w:vAlign w:val="center"/>
          </w:tcPr>
          <w:p>
            <w:pPr>
              <w:spacing w:before="0" w:after="0" w:line="240" w:lineRule="auto"/>
              <w:jc w:val="right"/>
            </w:pPr>
            <w:r/>
            <w:r>
              <w:rPr>
                <w:b/>
                <w:sz w:val="19"/>
              </w:rPr>
              <w:t>14</w:t>
            </w:r>
          </w:p>
        </w:tc>
        <w:tc>
          <w:tcPr>
            <w:tcW w:type="dxa" w:w="1502"/>
            <w:vAlign w:val="center"/>
          </w:tcPr>
          <w:p>
            <w:pPr>
              <w:spacing w:before="0" w:after="0" w:line="240" w:lineRule="auto"/>
              <w:jc w:val="right"/>
            </w:pPr>
            <w:r/>
            <w:r>
              <w:rPr>
                <w:b/>
                <w:sz w:val="19"/>
              </w:rPr>
              <w:t>15</w:t>
            </w:r>
          </w:p>
        </w:tc>
        <w:tc>
          <w:tcPr>
            <w:tcW w:type="dxa" w:w="1502"/>
            <w:vAlign w:val="center"/>
          </w:tcPr>
          <w:p>
            <w:pPr>
              <w:spacing w:before="0" w:after="0" w:line="240" w:lineRule="auto"/>
              <w:jc w:val="right"/>
            </w:pPr>
            <w:r/>
            <w:r>
              <w:rPr>
                <w:b/>
                <w:sz w:val="19"/>
              </w:rPr>
              <w:t>16</w:t>
            </w:r>
          </w:p>
        </w:tc>
        <w:tc>
          <w:tcPr>
            <w:tcW w:type="dxa" w:w="1502"/>
            <w:vAlign w:val="center"/>
          </w:tcPr>
          <w:p>
            <w:pPr>
              <w:spacing w:before="0" w:after="0" w:line="240" w:lineRule="auto"/>
              <w:jc w:val="right"/>
            </w:pPr>
            <w:r/>
            <w:r>
              <w:rPr>
                <w:b/>
                <w:sz w:val="19"/>
              </w:rPr>
              <w:t>17</w:t>
            </w:r>
          </w:p>
        </w:tc>
      </w:tr>
      <w:tr>
        <w:trPr>
          <w:trHeight w:val="302" w:hRule="exact"/>
        </w:trPr>
        <w:tc>
          <w:tcPr>
            <w:tcW w:type="dxa" w:w="1502"/>
            <w:vAlign w:val="center"/>
          </w:tcPr>
          <w:p>
            <w:pPr>
              <w:spacing w:before="0" w:after="0" w:line="240" w:lineRule="auto"/>
              <w:jc w:val="right"/>
            </w:pPr>
            <w:r/>
            <w:r>
              <w:rPr>
                <w:b/>
                <w:sz w:val="19"/>
              </w:rPr>
              <w:t>18</w:t>
            </w:r>
          </w:p>
        </w:tc>
        <w:tc>
          <w:tcPr>
            <w:tcW w:type="dxa" w:w="1502"/>
            <w:vAlign w:val="center"/>
          </w:tcPr>
          <w:p>
            <w:pPr>
              <w:spacing w:before="0" w:after="0" w:line="240" w:lineRule="auto"/>
              <w:jc w:val="right"/>
            </w:pPr>
            <w:r/>
            <w:r>
              <w:rPr>
                <w:b/>
                <w:sz w:val="19"/>
              </w:rPr>
              <w:t>19</w:t>
            </w:r>
          </w:p>
        </w:tc>
        <w:tc>
          <w:tcPr>
            <w:tcW w:type="dxa" w:w="1502"/>
            <w:vAlign w:val="center"/>
          </w:tcPr>
          <w:p>
            <w:pPr>
              <w:spacing w:before="0" w:after="0" w:line="240" w:lineRule="auto"/>
              <w:jc w:val="right"/>
            </w:pPr>
            <w:r/>
            <w:r>
              <w:rPr>
                <w:b/>
                <w:sz w:val="19"/>
              </w:rPr>
              <w:t>20</w:t>
            </w:r>
          </w:p>
        </w:tc>
        <w:tc>
          <w:tcPr>
            <w:tcW w:type="dxa" w:w="1502"/>
            <w:vAlign w:val="center"/>
          </w:tcPr>
          <w:p>
            <w:pPr>
              <w:spacing w:before="0" w:after="0" w:line="240" w:lineRule="auto"/>
              <w:jc w:val="right"/>
            </w:pPr>
            <w:r/>
            <w:r>
              <w:rPr>
                <w:b/>
                <w:sz w:val="19"/>
              </w:rPr>
              <w:t>21</w:t>
            </w:r>
          </w:p>
        </w:tc>
        <w:tc>
          <w:tcPr>
            <w:tcW w:type="dxa" w:w="1502"/>
            <w:vAlign w:val="center"/>
          </w:tcPr>
          <w:p>
            <w:pPr>
              <w:spacing w:before="0" w:after="0" w:line="240" w:lineRule="auto"/>
              <w:jc w:val="right"/>
            </w:pPr>
            <w:r/>
            <w:r>
              <w:rPr>
                <w:b/>
                <w:sz w:val="19"/>
              </w:rPr>
              <w:t>22</w:t>
            </w:r>
          </w:p>
        </w:tc>
        <w:tc>
          <w:tcPr>
            <w:tcW w:type="dxa" w:w="1502"/>
            <w:vAlign w:val="center"/>
          </w:tcPr>
          <w:p>
            <w:pPr>
              <w:spacing w:before="0" w:after="0" w:line="240" w:lineRule="auto"/>
              <w:jc w:val="right"/>
            </w:pPr>
            <w:r/>
            <w:r>
              <w:rPr>
                <w:b/>
                <w:sz w:val="19"/>
              </w:rPr>
              <w:t>23</w:t>
            </w:r>
          </w:p>
        </w:tc>
        <w:tc>
          <w:tcPr>
            <w:tcW w:type="dxa" w:w="1502"/>
            <w:vAlign w:val="center"/>
          </w:tcPr>
          <w:p>
            <w:pPr>
              <w:spacing w:before="0" w:after="0" w:line="240" w:lineRule="auto"/>
              <w:jc w:val="right"/>
            </w:pPr>
            <w:r/>
            <w:r>
              <w:rPr>
                <w:b/>
                <w:sz w:val="19"/>
              </w:rPr>
              <w:t>24</w:t>
            </w:r>
          </w:p>
        </w:tc>
      </w:tr>
      <w:tr>
        <w:trPr>
          <w:trHeight w:val="302" w:hRule="exact"/>
        </w:trPr>
        <w:tc>
          <w:tcPr>
            <w:tcW w:type="dxa" w:w="1502"/>
            <w:vAlign w:val="center"/>
          </w:tcPr>
          <w:p>
            <w:pPr>
              <w:spacing w:before="0" w:after="0" w:line="240" w:lineRule="auto"/>
              <w:jc w:val="right"/>
            </w:pPr>
            <w:r/>
            <w:r>
              <w:rPr>
                <w:b/>
                <w:sz w:val="19"/>
              </w:rPr>
              <w:t>25</w:t>
            </w:r>
          </w:p>
        </w:tc>
        <w:tc>
          <w:tcPr>
            <w:tcW w:type="dxa" w:w="1502"/>
            <w:vAlign w:val="center"/>
          </w:tcPr>
          <w:p>
            <w:pPr>
              <w:spacing w:before="0" w:after="0" w:line="240" w:lineRule="auto"/>
              <w:jc w:val="right"/>
            </w:pPr>
            <w:r/>
            <w:r>
              <w:rPr>
                <w:b/>
                <w:sz w:val="19"/>
              </w:rPr>
              <w:t>26</w:t>
            </w:r>
          </w:p>
        </w:tc>
        <w:tc>
          <w:tcPr>
            <w:tcW w:type="dxa" w:w="1502"/>
            <w:vAlign w:val="center"/>
          </w:tcPr>
          <w:p>
            <w:pPr>
              <w:spacing w:before="0" w:after="0" w:line="240" w:lineRule="auto"/>
              <w:jc w:val="right"/>
            </w:pPr>
            <w:r/>
            <w:r>
              <w:rPr>
                <w:b/>
                <w:sz w:val="19"/>
              </w:rPr>
              <w:t>27</w:t>
            </w:r>
          </w:p>
        </w:tc>
        <w:tc>
          <w:tcPr>
            <w:tcW w:type="dxa" w:w="1502"/>
            <w:vAlign w:val="center"/>
          </w:tcPr>
          <w:p>
            <w:pPr>
              <w:spacing w:before="0" w:after="0" w:line="240" w:lineRule="auto"/>
              <w:jc w:val="right"/>
            </w:pPr>
            <w:r/>
            <w:r>
              <w:rPr>
                <w:b/>
                <w:sz w:val="19"/>
              </w:rPr>
              <w:t>28</w:t>
            </w:r>
          </w:p>
        </w:tc>
        <w:tc>
          <w:tcPr>
            <w:tcW w:type="dxa" w:w="1502"/>
            <w:vAlign w:val="center"/>
          </w:tcPr>
          <w:p>
            <w:pPr>
              <w:spacing w:before="0" w:after="0" w:line="240" w:lineRule="auto"/>
              <w:jc w:val="right"/>
            </w:pPr>
            <w:r/>
            <w:r>
              <w:rPr>
                <w:b/>
                <w:sz w:val="19"/>
              </w:rPr>
              <w:t>29</w:t>
            </w:r>
          </w:p>
        </w:tc>
        <w:tc>
          <w:tcPr>
            <w:tcW w:type="dxa" w:w="1502"/>
            <w:vAlign w:val="center"/>
          </w:tcPr>
          <w:p>
            <w:pPr>
              <w:spacing w:before="0" w:after="0" w:line="240" w:lineRule="auto"/>
              <w:jc w:val="right"/>
            </w:pPr>
            <w:r/>
            <w:r>
              <w:rPr>
                <w:b/>
                <w:sz w:val="19"/>
              </w:rPr>
              <w:t>30</w:t>
            </w:r>
          </w:p>
        </w:tc>
        <w:tc>
          <w:tcPr>
            <w:tcW w:type="dxa" w:w="1502"/>
            <w:vAlign w:val="center"/>
          </w:tcPr>
          <w:p>
            <w:pPr>
              <w:spacing w:before="0" w:after="0" w:line="240" w:lineRule="auto"/>
              <w:jc w:val="right"/>
            </w:pPr>
            <w:r/>
            <w:r>
              <w:rPr>
                <w:b/>
                <w:sz w:val="19"/>
              </w:rPr>
            </w:r>
          </w:p>
        </w:tc>
      </w:tr>
      <w:tr>
        <w:trPr>
          <w:trHeight w:val="302" w:hRule="exact"/>
        </w:trPr>
        <w:tc>
          <w:tcPr>
            <w:tcW w:type="dxa" w:w="1502"/>
            <w:vAlign w:val="center"/>
          </w:tcPr>
          <w:p>
            <w:pPr>
              <w:spacing w:before="0" w:after="0" w:line="240" w:lineRule="auto"/>
              <w:jc w:val="right"/>
            </w:pPr>
            <w:r/>
            <w:r>
              <w:rPr>
                <w:b/>
                <w:sz w:val="19"/>
              </w:rPr>
            </w:r>
          </w:p>
        </w:tc>
        <w:tc>
          <w:tcPr>
            <w:tcW w:type="dxa" w:w="1502"/>
            <w:vAlign w:val="center"/>
          </w:tcPr>
          <w:p>
            <w:pPr>
              <w:spacing w:before="0" w:after="0" w:line="240" w:lineRule="auto"/>
              <w:jc w:val="right"/>
            </w:pPr>
            <w:r/>
            <w:r>
              <w:rPr>
                <w:b/>
                <w:sz w:val="19"/>
              </w:rPr>
            </w:r>
          </w:p>
        </w:tc>
        <w:tc>
          <w:tcPr>
            <w:tcW w:type="dxa" w:w="1502"/>
            <w:vAlign w:val="center"/>
          </w:tcPr>
          <w:p>
            <w:pPr>
              <w:spacing w:before="0" w:after="0" w:line="240" w:lineRule="auto"/>
              <w:jc w:val="right"/>
            </w:pPr>
            <w:r/>
            <w:r>
              <w:rPr>
                <w:b/>
                <w:sz w:val="19"/>
              </w:rPr>
            </w:r>
          </w:p>
        </w:tc>
        <w:tc>
          <w:tcPr>
            <w:tcW w:type="dxa" w:w="1502"/>
            <w:vAlign w:val="center"/>
          </w:tcPr>
          <w:p>
            <w:pPr>
              <w:spacing w:before="0" w:after="0" w:line="240" w:lineRule="auto"/>
              <w:jc w:val="right"/>
            </w:pPr>
            <w:r/>
            <w:r>
              <w:rPr>
                <w:b/>
                <w:sz w:val="19"/>
              </w:rPr>
            </w:r>
          </w:p>
        </w:tc>
        <w:tc>
          <w:tcPr>
            <w:tcW w:type="dxa" w:w="1502"/>
            <w:vAlign w:val="center"/>
          </w:tcPr>
          <w:p>
            <w:pPr>
              <w:spacing w:before="0" w:after="0" w:line="240" w:lineRule="auto"/>
              <w:jc w:val="right"/>
            </w:pPr>
            <w:r/>
            <w:r>
              <w:rPr>
                <w:b/>
                <w:sz w:val="19"/>
              </w:rPr>
            </w:r>
          </w:p>
        </w:tc>
        <w:tc>
          <w:tcPr>
            <w:tcW w:type="dxa" w:w="1502"/>
            <w:vAlign w:val="center"/>
          </w:tcPr>
          <w:p>
            <w:pPr>
              <w:spacing w:before="0" w:after="0" w:line="240" w:lineRule="auto"/>
              <w:jc w:val="right"/>
            </w:pPr>
            <w:r/>
            <w:r>
              <w:rPr>
                <w:b/>
                <w:sz w:val="19"/>
              </w:rPr>
            </w:r>
          </w:p>
        </w:tc>
        <w:tc>
          <w:tcPr>
            <w:tcW w:type="dxa" w:w="1502"/>
            <w:vAlign w:val="center"/>
          </w:tcPr>
          <w:p>
            <w:pPr>
              <w:spacing w:before="0" w:after="0" w:line="240" w:lineRule="auto"/>
              <w:jc w:val="right"/>
            </w:pPr>
            <w:r/>
            <w:r>
              <w:rPr>
                <w:b/>
                <w:sz w:val="19"/>
              </w:rPr>
            </w:r>
          </w:p>
        </w:tc>
      </w:tr>
      <w:tr>
        <w:trPr>
          <w:trHeight w:val="244" w:hRule="exact"/>
        </w:trPr>
        <w:tc>
          <w:tcPr>
            <w:tcW w:type="dxa" w:w="1502"/>
            <w:shd w:fill="000000"/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b w:val="0"/>
                <w:sz w:val="2"/>
              </w:rPr>
            </w:r>
          </w:p>
        </w:tc>
        <w:tc>
          <w:tcPr>
            <w:tcW w:type="dxa" w:w="1502"/>
            <w:shd w:fill="000000"/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b w:val="0"/>
                <w:sz w:val="2"/>
              </w:rPr>
            </w:r>
          </w:p>
        </w:tc>
        <w:tc>
          <w:tcPr>
            <w:tcW w:type="dxa" w:w="1502"/>
            <w:shd w:fill="000000"/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b w:val="0"/>
                <w:sz w:val="2"/>
              </w:rPr>
            </w:r>
          </w:p>
        </w:tc>
        <w:tc>
          <w:tcPr>
            <w:tcW w:type="dxa" w:w="1502"/>
            <w:shd w:fill="000000"/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b w:val="0"/>
                <w:sz w:val="2"/>
              </w:rPr>
            </w:r>
          </w:p>
        </w:tc>
        <w:tc>
          <w:tcPr>
            <w:tcW w:type="dxa" w:w="1502"/>
            <w:shd w:fill="000000"/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b w:val="0"/>
                <w:sz w:val="2"/>
              </w:rPr>
            </w:r>
          </w:p>
        </w:tc>
        <w:tc>
          <w:tcPr>
            <w:tcW w:type="dxa" w:w="1502"/>
            <w:shd w:fill="000000"/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b w:val="0"/>
                <w:sz w:val="2"/>
              </w:rPr>
            </w:r>
          </w:p>
        </w:tc>
        <w:tc>
          <w:tcPr>
            <w:tcW w:type="dxa" w:w="1502"/>
            <w:shd w:fill="000000"/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b w:val="0"/>
                <w:sz w:val="2"/>
              </w:rPr>
            </w:r>
          </w:p>
        </w:tc>
      </w:tr>
      <w:tr>
        <w:trPr>
          <w:trHeight w:val="288" w:hRule="exact"/>
        </w:trPr>
        <w:tc>
          <w:tcPr>
            <w:tcW w:type="dxa" w:w="10514"/>
            <w:gridSpan w:val="7"/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b/>
                <w:sz w:val="18"/>
              </w:rPr>
              <w:t>May 2027</w:t>
            </w:r>
          </w:p>
        </w:tc>
      </w:tr>
      <w:tr>
        <w:trPr>
          <w:trHeight w:val="302" w:hRule="exact"/>
        </w:trPr>
        <w:tc>
          <w:tcPr>
            <w:tcW w:type="dxa" w:w="1502"/>
            <w:vAlign w:val="center"/>
          </w:tcPr>
          <w:p>
            <w:pPr>
              <w:spacing w:before="0" w:after="0" w:line="240" w:lineRule="auto"/>
              <w:jc w:val="right"/>
            </w:pPr>
            <w:r/>
            <w:r>
              <w:rPr>
                <w:b/>
                <w:sz w:val="19"/>
              </w:rPr>
            </w:r>
          </w:p>
        </w:tc>
        <w:tc>
          <w:tcPr>
            <w:tcW w:type="dxa" w:w="1502"/>
            <w:vAlign w:val="center"/>
          </w:tcPr>
          <w:p>
            <w:pPr>
              <w:spacing w:before="0" w:after="0" w:line="240" w:lineRule="auto"/>
              <w:jc w:val="right"/>
            </w:pPr>
            <w:r/>
            <w:r>
              <w:rPr>
                <w:b/>
                <w:sz w:val="19"/>
              </w:rPr>
            </w:r>
          </w:p>
        </w:tc>
        <w:tc>
          <w:tcPr>
            <w:tcW w:type="dxa" w:w="1502"/>
            <w:vAlign w:val="center"/>
          </w:tcPr>
          <w:p>
            <w:pPr>
              <w:spacing w:before="0" w:after="0" w:line="240" w:lineRule="auto"/>
              <w:jc w:val="right"/>
            </w:pPr>
            <w:r/>
            <w:r>
              <w:rPr>
                <w:b/>
                <w:sz w:val="19"/>
              </w:rPr>
            </w:r>
          </w:p>
        </w:tc>
        <w:tc>
          <w:tcPr>
            <w:tcW w:type="dxa" w:w="1502"/>
            <w:vAlign w:val="center"/>
          </w:tcPr>
          <w:p>
            <w:pPr>
              <w:spacing w:before="0" w:after="0" w:line="240" w:lineRule="auto"/>
              <w:jc w:val="right"/>
            </w:pPr>
            <w:r/>
            <w:r>
              <w:rPr>
                <w:b/>
                <w:sz w:val="19"/>
              </w:rPr>
            </w:r>
          </w:p>
        </w:tc>
        <w:tc>
          <w:tcPr>
            <w:tcW w:type="dxa" w:w="1502"/>
            <w:vAlign w:val="center"/>
          </w:tcPr>
          <w:p>
            <w:pPr>
              <w:spacing w:before="0" w:after="0" w:line="240" w:lineRule="auto"/>
              <w:jc w:val="right"/>
            </w:pPr>
            <w:r/>
            <w:r>
              <w:rPr>
                <w:b/>
                <w:sz w:val="19"/>
              </w:rPr>
            </w:r>
          </w:p>
        </w:tc>
        <w:tc>
          <w:tcPr>
            <w:tcW w:type="dxa" w:w="1502"/>
            <w:vAlign w:val="center"/>
          </w:tcPr>
          <w:p>
            <w:pPr>
              <w:spacing w:before="0" w:after="0" w:line="240" w:lineRule="auto"/>
              <w:jc w:val="right"/>
            </w:pPr>
            <w:r/>
            <w:r>
              <w:rPr>
                <w:b/>
                <w:sz w:val="19"/>
              </w:rPr>
            </w:r>
          </w:p>
        </w:tc>
        <w:tc>
          <w:tcPr>
            <w:tcW w:type="dxa" w:w="1502"/>
            <w:vAlign w:val="center"/>
          </w:tcPr>
          <w:p>
            <w:pPr>
              <w:spacing w:before="0" w:after="0" w:line="240" w:lineRule="auto"/>
              <w:jc w:val="right"/>
            </w:pPr>
            <w:r/>
            <w:r>
              <w:rPr>
                <w:b/>
                <w:sz w:val="19"/>
              </w:rPr>
              <w:t>1</w:t>
            </w:r>
          </w:p>
        </w:tc>
      </w:tr>
      <w:tr>
        <w:trPr>
          <w:trHeight w:val="302" w:hRule="exact"/>
        </w:trPr>
        <w:tc>
          <w:tcPr>
            <w:tcW w:type="dxa" w:w="1502"/>
            <w:vAlign w:val="center"/>
          </w:tcPr>
          <w:p>
            <w:pPr>
              <w:spacing w:before="0" w:after="0" w:line="240" w:lineRule="auto"/>
              <w:jc w:val="right"/>
            </w:pPr>
            <w:r/>
            <w:r>
              <w:rPr>
                <w:b/>
                <w:sz w:val="19"/>
              </w:rPr>
              <w:t>2</w:t>
            </w:r>
          </w:p>
        </w:tc>
        <w:tc>
          <w:tcPr>
            <w:tcW w:type="dxa" w:w="1502"/>
            <w:vAlign w:val="center"/>
          </w:tcPr>
          <w:p>
            <w:pPr>
              <w:spacing w:before="0" w:after="0" w:line="240" w:lineRule="auto"/>
              <w:jc w:val="right"/>
            </w:pPr>
            <w:r/>
            <w:r>
              <w:rPr>
                <w:b/>
                <w:sz w:val="19"/>
              </w:rPr>
              <w:t>3</w:t>
            </w:r>
          </w:p>
        </w:tc>
        <w:tc>
          <w:tcPr>
            <w:tcW w:type="dxa" w:w="1502"/>
            <w:vAlign w:val="center"/>
          </w:tcPr>
          <w:p>
            <w:pPr>
              <w:spacing w:before="0" w:after="0" w:line="240" w:lineRule="auto"/>
              <w:jc w:val="right"/>
            </w:pPr>
            <w:r/>
            <w:r>
              <w:rPr>
                <w:b/>
                <w:sz w:val="19"/>
              </w:rPr>
              <w:t>4</w:t>
            </w:r>
          </w:p>
        </w:tc>
        <w:tc>
          <w:tcPr>
            <w:tcW w:type="dxa" w:w="1502"/>
            <w:vAlign w:val="center"/>
          </w:tcPr>
          <w:p>
            <w:pPr>
              <w:spacing w:before="0" w:after="0" w:line="240" w:lineRule="auto"/>
              <w:jc w:val="right"/>
            </w:pPr>
            <w:r/>
            <w:r>
              <w:rPr>
                <w:b/>
                <w:sz w:val="19"/>
              </w:rPr>
              <w:t>5</w:t>
            </w:r>
          </w:p>
        </w:tc>
        <w:tc>
          <w:tcPr>
            <w:tcW w:type="dxa" w:w="1502"/>
            <w:vAlign w:val="center"/>
          </w:tcPr>
          <w:p>
            <w:pPr>
              <w:spacing w:before="0" w:after="0" w:line="240" w:lineRule="auto"/>
              <w:jc w:val="right"/>
            </w:pPr>
            <w:r/>
            <w:r>
              <w:rPr>
                <w:b/>
                <w:sz w:val="19"/>
              </w:rPr>
              <w:t>6</w:t>
            </w:r>
          </w:p>
        </w:tc>
        <w:tc>
          <w:tcPr>
            <w:tcW w:type="dxa" w:w="1502"/>
            <w:vAlign w:val="center"/>
          </w:tcPr>
          <w:p>
            <w:pPr>
              <w:spacing w:before="0" w:after="0" w:line="240" w:lineRule="auto"/>
              <w:jc w:val="right"/>
            </w:pPr>
            <w:r/>
            <w:r>
              <w:rPr>
                <w:b/>
                <w:sz w:val="19"/>
              </w:rPr>
              <w:t>7</w:t>
            </w:r>
          </w:p>
        </w:tc>
        <w:tc>
          <w:tcPr>
            <w:tcW w:type="dxa" w:w="1502"/>
            <w:vAlign w:val="center"/>
          </w:tcPr>
          <w:p>
            <w:pPr>
              <w:spacing w:before="0" w:after="0" w:line="240" w:lineRule="auto"/>
              <w:jc w:val="right"/>
            </w:pPr>
            <w:r/>
            <w:r>
              <w:rPr>
                <w:b/>
                <w:sz w:val="19"/>
              </w:rPr>
              <w:t>8</w:t>
            </w:r>
          </w:p>
        </w:tc>
      </w:tr>
      <w:tr>
        <w:trPr>
          <w:trHeight w:val="302" w:hRule="exact"/>
        </w:trPr>
        <w:tc>
          <w:tcPr>
            <w:tcW w:type="dxa" w:w="1502"/>
            <w:vAlign w:val="center"/>
          </w:tcPr>
          <w:p>
            <w:pPr>
              <w:spacing w:before="0" w:after="0" w:line="240" w:lineRule="auto"/>
              <w:jc w:val="right"/>
            </w:pPr>
            <w:r/>
            <w:r>
              <w:rPr>
                <w:b/>
                <w:sz w:val="19"/>
              </w:rPr>
              <w:t>9</w:t>
            </w:r>
          </w:p>
        </w:tc>
        <w:tc>
          <w:tcPr>
            <w:tcW w:type="dxa" w:w="1502"/>
            <w:vAlign w:val="center"/>
          </w:tcPr>
          <w:p>
            <w:pPr>
              <w:spacing w:before="0" w:after="0" w:line="240" w:lineRule="auto"/>
              <w:jc w:val="right"/>
            </w:pPr>
            <w:r/>
            <w:r>
              <w:rPr>
                <w:b/>
                <w:sz w:val="19"/>
              </w:rPr>
              <w:t>10</w:t>
            </w:r>
          </w:p>
        </w:tc>
        <w:tc>
          <w:tcPr>
            <w:tcW w:type="dxa" w:w="1502"/>
            <w:vAlign w:val="center"/>
          </w:tcPr>
          <w:p>
            <w:pPr>
              <w:spacing w:before="0" w:after="0" w:line="240" w:lineRule="auto"/>
              <w:jc w:val="right"/>
            </w:pPr>
            <w:r/>
            <w:r>
              <w:rPr>
                <w:b/>
                <w:sz w:val="19"/>
              </w:rPr>
              <w:t>11</w:t>
            </w:r>
          </w:p>
        </w:tc>
        <w:tc>
          <w:tcPr>
            <w:tcW w:type="dxa" w:w="1502"/>
            <w:vAlign w:val="center"/>
          </w:tcPr>
          <w:p>
            <w:pPr>
              <w:spacing w:before="0" w:after="0" w:line="240" w:lineRule="auto"/>
              <w:jc w:val="right"/>
            </w:pPr>
            <w:r/>
            <w:r>
              <w:rPr>
                <w:b/>
                <w:sz w:val="19"/>
              </w:rPr>
              <w:t>12</w:t>
            </w:r>
          </w:p>
        </w:tc>
        <w:tc>
          <w:tcPr>
            <w:tcW w:type="dxa" w:w="1502"/>
            <w:vAlign w:val="center"/>
          </w:tcPr>
          <w:p>
            <w:pPr>
              <w:spacing w:before="0" w:after="0" w:line="240" w:lineRule="auto"/>
              <w:jc w:val="right"/>
            </w:pPr>
            <w:r/>
            <w:r>
              <w:rPr>
                <w:b/>
                <w:sz w:val="19"/>
              </w:rPr>
              <w:t>13</w:t>
            </w:r>
          </w:p>
        </w:tc>
        <w:tc>
          <w:tcPr>
            <w:tcW w:type="dxa" w:w="1502"/>
            <w:vAlign w:val="center"/>
          </w:tcPr>
          <w:p>
            <w:pPr>
              <w:spacing w:before="0" w:after="0" w:line="240" w:lineRule="auto"/>
              <w:jc w:val="right"/>
            </w:pPr>
            <w:r/>
            <w:r>
              <w:rPr>
                <w:b/>
                <w:sz w:val="19"/>
              </w:rPr>
              <w:t>14</w:t>
            </w:r>
          </w:p>
        </w:tc>
        <w:tc>
          <w:tcPr>
            <w:tcW w:type="dxa" w:w="1502"/>
            <w:vAlign w:val="center"/>
          </w:tcPr>
          <w:p>
            <w:pPr>
              <w:spacing w:before="0" w:after="0" w:line="240" w:lineRule="auto"/>
              <w:jc w:val="right"/>
            </w:pPr>
            <w:r/>
            <w:r>
              <w:rPr>
                <w:b/>
                <w:sz w:val="19"/>
              </w:rPr>
              <w:t>15</w:t>
            </w:r>
          </w:p>
        </w:tc>
      </w:tr>
      <w:tr>
        <w:trPr>
          <w:trHeight w:val="302" w:hRule="exact"/>
        </w:trPr>
        <w:tc>
          <w:tcPr>
            <w:tcW w:type="dxa" w:w="1502"/>
            <w:vAlign w:val="center"/>
          </w:tcPr>
          <w:p>
            <w:pPr>
              <w:spacing w:before="0" w:after="0" w:line="240" w:lineRule="auto"/>
              <w:jc w:val="right"/>
            </w:pPr>
            <w:r/>
            <w:r>
              <w:rPr>
                <w:b/>
                <w:sz w:val="19"/>
              </w:rPr>
              <w:t>16</w:t>
            </w:r>
          </w:p>
        </w:tc>
        <w:tc>
          <w:tcPr>
            <w:tcW w:type="dxa" w:w="1502"/>
            <w:vAlign w:val="center"/>
          </w:tcPr>
          <w:p>
            <w:pPr>
              <w:spacing w:before="0" w:after="0" w:line="240" w:lineRule="auto"/>
              <w:jc w:val="right"/>
            </w:pPr>
            <w:r/>
            <w:r>
              <w:rPr>
                <w:b/>
                <w:sz w:val="19"/>
              </w:rPr>
              <w:t>17</w:t>
            </w:r>
          </w:p>
        </w:tc>
        <w:tc>
          <w:tcPr>
            <w:tcW w:type="dxa" w:w="1502"/>
            <w:vAlign w:val="center"/>
          </w:tcPr>
          <w:p>
            <w:pPr>
              <w:spacing w:before="0" w:after="0" w:line="240" w:lineRule="auto"/>
              <w:jc w:val="right"/>
            </w:pPr>
            <w:r/>
            <w:r>
              <w:rPr>
                <w:b/>
                <w:sz w:val="19"/>
              </w:rPr>
              <w:t>18</w:t>
            </w:r>
          </w:p>
        </w:tc>
        <w:tc>
          <w:tcPr>
            <w:tcW w:type="dxa" w:w="1502"/>
            <w:vAlign w:val="center"/>
          </w:tcPr>
          <w:p>
            <w:pPr>
              <w:spacing w:before="0" w:after="0" w:line="240" w:lineRule="auto"/>
              <w:jc w:val="right"/>
            </w:pPr>
            <w:r/>
            <w:r>
              <w:rPr>
                <w:b/>
                <w:sz w:val="19"/>
              </w:rPr>
              <w:t>19</w:t>
            </w:r>
          </w:p>
        </w:tc>
        <w:tc>
          <w:tcPr>
            <w:tcW w:type="dxa" w:w="1502"/>
            <w:vAlign w:val="center"/>
          </w:tcPr>
          <w:p>
            <w:pPr>
              <w:spacing w:before="0" w:after="0" w:line="240" w:lineRule="auto"/>
              <w:jc w:val="right"/>
            </w:pPr>
            <w:r/>
            <w:r>
              <w:rPr>
                <w:b/>
                <w:sz w:val="19"/>
              </w:rPr>
              <w:t>20</w:t>
            </w:r>
          </w:p>
        </w:tc>
        <w:tc>
          <w:tcPr>
            <w:tcW w:type="dxa" w:w="1502"/>
            <w:vAlign w:val="center"/>
          </w:tcPr>
          <w:p>
            <w:pPr>
              <w:spacing w:before="0" w:after="0" w:line="240" w:lineRule="auto"/>
              <w:jc w:val="right"/>
            </w:pPr>
            <w:r/>
            <w:r>
              <w:rPr>
                <w:b/>
                <w:sz w:val="19"/>
              </w:rPr>
              <w:t>21</w:t>
            </w:r>
          </w:p>
        </w:tc>
        <w:tc>
          <w:tcPr>
            <w:tcW w:type="dxa" w:w="1502"/>
            <w:vAlign w:val="center"/>
          </w:tcPr>
          <w:p>
            <w:pPr>
              <w:spacing w:before="0" w:after="0" w:line="240" w:lineRule="auto"/>
              <w:jc w:val="right"/>
            </w:pPr>
            <w:r/>
            <w:r>
              <w:rPr>
                <w:b/>
                <w:sz w:val="19"/>
              </w:rPr>
              <w:t>22</w:t>
            </w:r>
          </w:p>
        </w:tc>
      </w:tr>
      <w:tr>
        <w:trPr>
          <w:trHeight w:val="302" w:hRule="exact"/>
        </w:trPr>
        <w:tc>
          <w:tcPr>
            <w:tcW w:type="dxa" w:w="1502"/>
            <w:vAlign w:val="center"/>
          </w:tcPr>
          <w:p>
            <w:pPr>
              <w:spacing w:before="0" w:after="0" w:line="240" w:lineRule="auto"/>
              <w:jc w:val="right"/>
            </w:pPr>
            <w:r/>
            <w:r>
              <w:rPr>
                <w:b/>
                <w:sz w:val="19"/>
              </w:rPr>
              <w:t>23</w:t>
            </w:r>
          </w:p>
        </w:tc>
        <w:tc>
          <w:tcPr>
            <w:tcW w:type="dxa" w:w="1502"/>
            <w:vAlign w:val="center"/>
          </w:tcPr>
          <w:p>
            <w:pPr>
              <w:spacing w:before="0" w:after="0" w:line="240" w:lineRule="auto"/>
              <w:jc w:val="right"/>
            </w:pPr>
            <w:r/>
            <w:r>
              <w:rPr>
                <w:b/>
                <w:sz w:val="19"/>
              </w:rPr>
              <w:t>24</w:t>
            </w:r>
          </w:p>
        </w:tc>
        <w:tc>
          <w:tcPr>
            <w:tcW w:type="dxa" w:w="1502"/>
            <w:vAlign w:val="center"/>
          </w:tcPr>
          <w:p>
            <w:pPr>
              <w:spacing w:before="0" w:after="0" w:line="240" w:lineRule="auto"/>
              <w:jc w:val="right"/>
            </w:pPr>
            <w:r/>
            <w:r>
              <w:rPr>
                <w:b/>
                <w:sz w:val="19"/>
              </w:rPr>
              <w:t>25</w:t>
            </w:r>
          </w:p>
        </w:tc>
        <w:tc>
          <w:tcPr>
            <w:tcW w:type="dxa" w:w="1502"/>
            <w:vAlign w:val="center"/>
          </w:tcPr>
          <w:p>
            <w:pPr>
              <w:spacing w:before="0" w:after="0" w:line="240" w:lineRule="auto"/>
              <w:jc w:val="right"/>
            </w:pPr>
            <w:r/>
            <w:r>
              <w:rPr>
                <w:b/>
                <w:sz w:val="19"/>
              </w:rPr>
              <w:t>26</w:t>
            </w:r>
          </w:p>
        </w:tc>
        <w:tc>
          <w:tcPr>
            <w:tcW w:type="dxa" w:w="1502"/>
            <w:vAlign w:val="center"/>
          </w:tcPr>
          <w:p>
            <w:pPr>
              <w:spacing w:before="0" w:after="0" w:line="240" w:lineRule="auto"/>
              <w:jc w:val="right"/>
            </w:pPr>
            <w:r/>
            <w:r>
              <w:rPr>
                <w:b/>
                <w:sz w:val="19"/>
              </w:rPr>
              <w:t>27</w:t>
            </w:r>
          </w:p>
        </w:tc>
        <w:tc>
          <w:tcPr>
            <w:tcW w:type="dxa" w:w="1502"/>
            <w:vAlign w:val="center"/>
          </w:tcPr>
          <w:p>
            <w:pPr>
              <w:spacing w:before="0" w:after="0" w:line="240" w:lineRule="auto"/>
              <w:jc w:val="right"/>
            </w:pPr>
            <w:r/>
            <w:r>
              <w:rPr>
                <w:b/>
                <w:sz w:val="19"/>
              </w:rPr>
              <w:t>28</w:t>
            </w:r>
          </w:p>
        </w:tc>
        <w:tc>
          <w:tcPr>
            <w:tcW w:type="dxa" w:w="1502"/>
            <w:vAlign w:val="center"/>
          </w:tcPr>
          <w:p>
            <w:pPr>
              <w:spacing w:before="0" w:after="0" w:line="240" w:lineRule="auto"/>
              <w:jc w:val="right"/>
            </w:pPr>
            <w:r/>
            <w:r>
              <w:rPr>
                <w:b/>
                <w:sz w:val="19"/>
              </w:rPr>
              <w:t>29</w:t>
            </w:r>
          </w:p>
        </w:tc>
      </w:tr>
      <w:tr>
        <w:trPr>
          <w:trHeight w:val="302" w:hRule="exact"/>
        </w:trPr>
        <w:tc>
          <w:tcPr>
            <w:tcW w:type="dxa" w:w="1502"/>
            <w:vAlign w:val="center"/>
          </w:tcPr>
          <w:p>
            <w:pPr>
              <w:spacing w:before="0" w:after="0" w:line="240" w:lineRule="auto"/>
              <w:jc w:val="right"/>
            </w:pPr>
            <w:r/>
            <w:r>
              <w:rPr>
                <w:b/>
                <w:sz w:val="19"/>
              </w:rPr>
              <w:t>30</w:t>
            </w:r>
          </w:p>
        </w:tc>
        <w:tc>
          <w:tcPr>
            <w:tcW w:type="dxa" w:w="1502"/>
            <w:vAlign w:val="center"/>
          </w:tcPr>
          <w:p>
            <w:pPr>
              <w:spacing w:before="0" w:after="0" w:line="240" w:lineRule="auto"/>
              <w:jc w:val="right"/>
            </w:pPr>
            <w:r/>
            <w:r>
              <w:rPr>
                <w:b/>
                <w:sz w:val="19"/>
              </w:rPr>
              <w:t>31</w:t>
            </w:r>
          </w:p>
        </w:tc>
        <w:tc>
          <w:tcPr>
            <w:tcW w:type="dxa" w:w="1502"/>
            <w:vAlign w:val="center"/>
          </w:tcPr>
          <w:p>
            <w:pPr>
              <w:spacing w:before="0" w:after="0" w:line="240" w:lineRule="auto"/>
              <w:jc w:val="right"/>
            </w:pPr>
            <w:r/>
            <w:r>
              <w:rPr>
                <w:b/>
                <w:sz w:val="19"/>
              </w:rPr>
            </w:r>
          </w:p>
        </w:tc>
        <w:tc>
          <w:tcPr>
            <w:tcW w:type="dxa" w:w="1502"/>
            <w:vAlign w:val="center"/>
          </w:tcPr>
          <w:p>
            <w:pPr>
              <w:spacing w:before="0" w:after="0" w:line="240" w:lineRule="auto"/>
              <w:jc w:val="right"/>
            </w:pPr>
            <w:r/>
            <w:r>
              <w:rPr>
                <w:b/>
                <w:sz w:val="19"/>
              </w:rPr>
            </w:r>
          </w:p>
        </w:tc>
        <w:tc>
          <w:tcPr>
            <w:tcW w:type="dxa" w:w="1502"/>
            <w:vAlign w:val="center"/>
          </w:tcPr>
          <w:p>
            <w:pPr>
              <w:spacing w:before="0" w:after="0" w:line="240" w:lineRule="auto"/>
              <w:jc w:val="right"/>
            </w:pPr>
            <w:r/>
            <w:r>
              <w:rPr>
                <w:b/>
                <w:sz w:val="19"/>
              </w:rPr>
            </w:r>
          </w:p>
        </w:tc>
        <w:tc>
          <w:tcPr>
            <w:tcW w:type="dxa" w:w="1502"/>
            <w:vAlign w:val="center"/>
          </w:tcPr>
          <w:p>
            <w:pPr>
              <w:spacing w:before="0" w:after="0" w:line="240" w:lineRule="auto"/>
              <w:jc w:val="right"/>
            </w:pPr>
            <w:r/>
            <w:r>
              <w:rPr>
                <w:b/>
                <w:sz w:val="19"/>
              </w:rPr>
            </w:r>
          </w:p>
        </w:tc>
        <w:tc>
          <w:tcPr>
            <w:tcW w:type="dxa" w:w="1502"/>
            <w:vAlign w:val="center"/>
          </w:tcPr>
          <w:p>
            <w:pPr>
              <w:spacing w:before="0" w:after="0" w:line="240" w:lineRule="auto"/>
              <w:jc w:val="right"/>
            </w:pPr>
            <w:r/>
            <w:r>
              <w:rPr>
                <w:b/>
                <w:sz w:val="19"/>
              </w:rPr>
            </w:r>
          </w:p>
        </w:tc>
      </w:tr>
      <w:tr>
        <w:trPr>
          <w:trHeight w:val="244" w:hRule="exact"/>
        </w:trPr>
        <w:tc>
          <w:tcPr>
            <w:tcW w:type="dxa" w:w="1502"/>
            <w:shd w:fill="000000"/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b w:val="0"/>
                <w:sz w:val="2"/>
              </w:rPr>
            </w:r>
          </w:p>
        </w:tc>
        <w:tc>
          <w:tcPr>
            <w:tcW w:type="dxa" w:w="1502"/>
            <w:shd w:fill="000000"/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b w:val="0"/>
                <w:sz w:val="2"/>
              </w:rPr>
            </w:r>
          </w:p>
        </w:tc>
        <w:tc>
          <w:tcPr>
            <w:tcW w:type="dxa" w:w="1502"/>
            <w:shd w:fill="000000"/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b w:val="0"/>
                <w:sz w:val="2"/>
              </w:rPr>
            </w:r>
          </w:p>
        </w:tc>
        <w:tc>
          <w:tcPr>
            <w:tcW w:type="dxa" w:w="1502"/>
            <w:shd w:fill="000000"/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b w:val="0"/>
                <w:sz w:val="2"/>
              </w:rPr>
            </w:r>
          </w:p>
        </w:tc>
        <w:tc>
          <w:tcPr>
            <w:tcW w:type="dxa" w:w="1502"/>
            <w:shd w:fill="000000"/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b w:val="0"/>
                <w:sz w:val="2"/>
              </w:rPr>
            </w:r>
          </w:p>
        </w:tc>
        <w:tc>
          <w:tcPr>
            <w:tcW w:type="dxa" w:w="1502"/>
            <w:shd w:fill="000000"/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b w:val="0"/>
                <w:sz w:val="2"/>
              </w:rPr>
            </w:r>
          </w:p>
        </w:tc>
        <w:tc>
          <w:tcPr>
            <w:tcW w:type="dxa" w:w="1502"/>
            <w:shd w:fill="000000"/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b w:val="0"/>
                <w:sz w:val="2"/>
              </w:rPr>
            </w:r>
          </w:p>
        </w:tc>
      </w:tr>
      <w:tr>
        <w:trPr>
          <w:trHeight w:val="288" w:hRule="exact"/>
        </w:trPr>
        <w:tc>
          <w:tcPr>
            <w:tcW w:type="dxa" w:w="10514"/>
            <w:gridSpan w:val="7"/>
            <w:vAlign w:val="center"/>
          </w:tcPr>
          <w:p>
            <w:pPr>
              <w:spacing w:before="0" w:after="0" w:line="240" w:lineRule="auto"/>
              <w:jc w:val="center"/>
            </w:pPr>
            <w:r/>
            <w:r>
              <w:rPr>
                <w:b/>
                <w:sz w:val="18"/>
              </w:rPr>
              <w:t>June 2027</w:t>
            </w:r>
          </w:p>
        </w:tc>
      </w:tr>
      <w:tr>
        <w:trPr>
          <w:trHeight w:val="302" w:hRule="exact"/>
        </w:trPr>
        <w:tc>
          <w:tcPr>
            <w:tcW w:type="dxa" w:w="1502"/>
            <w:vAlign w:val="center"/>
          </w:tcPr>
          <w:p>
            <w:pPr>
              <w:spacing w:before="0" w:after="0" w:line="240" w:lineRule="auto"/>
              <w:jc w:val="right"/>
            </w:pPr>
            <w:r/>
            <w:r>
              <w:rPr>
                <w:b/>
                <w:sz w:val="19"/>
              </w:rPr>
            </w:r>
          </w:p>
        </w:tc>
        <w:tc>
          <w:tcPr>
            <w:tcW w:type="dxa" w:w="1502"/>
            <w:vAlign w:val="center"/>
          </w:tcPr>
          <w:p>
            <w:pPr>
              <w:spacing w:before="0" w:after="0" w:line="240" w:lineRule="auto"/>
              <w:jc w:val="right"/>
            </w:pPr>
            <w:r/>
            <w:r>
              <w:rPr>
                <w:b/>
                <w:sz w:val="19"/>
              </w:rPr>
            </w:r>
          </w:p>
        </w:tc>
        <w:tc>
          <w:tcPr>
            <w:tcW w:type="dxa" w:w="1502"/>
            <w:vAlign w:val="center"/>
          </w:tcPr>
          <w:p>
            <w:pPr>
              <w:spacing w:before="0" w:after="0" w:line="240" w:lineRule="auto"/>
              <w:jc w:val="right"/>
            </w:pPr>
            <w:r/>
            <w:r>
              <w:rPr>
                <w:b/>
                <w:sz w:val="19"/>
              </w:rPr>
              <w:t>1</w:t>
            </w:r>
          </w:p>
        </w:tc>
        <w:tc>
          <w:tcPr>
            <w:tcW w:type="dxa" w:w="1502"/>
            <w:vAlign w:val="center"/>
          </w:tcPr>
          <w:p>
            <w:pPr>
              <w:spacing w:before="0" w:after="0" w:line="240" w:lineRule="auto"/>
              <w:jc w:val="right"/>
            </w:pPr>
            <w:r/>
            <w:r>
              <w:rPr>
                <w:b/>
                <w:sz w:val="19"/>
              </w:rPr>
              <w:t>2</w:t>
            </w:r>
          </w:p>
        </w:tc>
        <w:tc>
          <w:tcPr>
            <w:tcW w:type="dxa" w:w="1502"/>
            <w:vAlign w:val="center"/>
          </w:tcPr>
          <w:p>
            <w:pPr>
              <w:spacing w:before="0" w:after="0" w:line="240" w:lineRule="auto"/>
              <w:jc w:val="right"/>
            </w:pPr>
            <w:r/>
            <w:r>
              <w:rPr>
                <w:b/>
                <w:sz w:val="19"/>
              </w:rPr>
              <w:t>3</w:t>
            </w:r>
          </w:p>
        </w:tc>
        <w:tc>
          <w:tcPr>
            <w:tcW w:type="dxa" w:w="1502"/>
            <w:vAlign w:val="center"/>
          </w:tcPr>
          <w:p>
            <w:pPr>
              <w:spacing w:before="0" w:after="0" w:line="240" w:lineRule="auto"/>
              <w:jc w:val="right"/>
            </w:pPr>
            <w:r/>
            <w:r>
              <w:rPr>
                <w:b/>
                <w:sz w:val="19"/>
              </w:rPr>
              <w:t>4</w:t>
            </w:r>
          </w:p>
        </w:tc>
        <w:tc>
          <w:tcPr>
            <w:tcW w:type="dxa" w:w="1502"/>
            <w:vAlign w:val="center"/>
          </w:tcPr>
          <w:p>
            <w:pPr>
              <w:spacing w:before="0" w:after="0" w:line="240" w:lineRule="auto"/>
              <w:jc w:val="right"/>
            </w:pPr>
            <w:r/>
            <w:r>
              <w:rPr>
                <w:b/>
                <w:sz w:val="19"/>
              </w:rPr>
              <w:t>5</w:t>
            </w:r>
          </w:p>
        </w:tc>
      </w:tr>
      <w:tr>
        <w:trPr>
          <w:trHeight w:val="302" w:hRule="exact"/>
        </w:trPr>
        <w:tc>
          <w:tcPr>
            <w:tcW w:type="dxa" w:w="1502"/>
            <w:vAlign w:val="center"/>
          </w:tcPr>
          <w:p>
            <w:pPr>
              <w:spacing w:before="0" w:after="0" w:line="240" w:lineRule="auto"/>
              <w:jc w:val="right"/>
            </w:pPr>
            <w:r/>
            <w:r>
              <w:rPr>
                <w:b/>
                <w:sz w:val="19"/>
              </w:rPr>
              <w:t>6</w:t>
            </w:r>
          </w:p>
        </w:tc>
        <w:tc>
          <w:tcPr>
            <w:tcW w:type="dxa" w:w="1502"/>
            <w:vAlign w:val="center"/>
          </w:tcPr>
          <w:p>
            <w:pPr>
              <w:spacing w:before="0" w:after="0" w:line="240" w:lineRule="auto"/>
              <w:jc w:val="right"/>
            </w:pPr>
            <w:r/>
            <w:r>
              <w:rPr>
                <w:b/>
                <w:sz w:val="19"/>
              </w:rPr>
              <w:t>7</w:t>
            </w:r>
          </w:p>
        </w:tc>
        <w:tc>
          <w:tcPr>
            <w:tcW w:type="dxa" w:w="1502"/>
            <w:vAlign w:val="center"/>
          </w:tcPr>
          <w:p>
            <w:pPr>
              <w:spacing w:before="0" w:after="0" w:line="240" w:lineRule="auto"/>
              <w:jc w:val="right"/>
            </w:pPr>
            <w:r/>
            <w:r>
              <w:rPr>
                <w:b/>
                <w:sz w:val="19"/>
              </w:rPr>
              <w:t>8</w:t>
            </w:r>
          </w:p>
        </w:tc>
        <w:tc>
          <w:tcPr>
            <w:tcW w:type="dxa" w:w="1502"/>
            <w:vAlign w:val="center"/>
          </w:tcPr>
          <w:p>
            <w:pPr>
              <w:spacing w:before="0" w:after="0" w:line="240" w:lineRule="auto"/>
              <w:jc w:val="right"/>
            </w:pPr>
            <w:r/>
            <w:r>
              <w:rPr>
                <w:b/>
                <w:sz w:val="19"/>
              </w:rPr>
              <w:t>9</w:t>
            </w:r>
          </w:p>
        </w:tc>
        <w:tc>
          <w:tcPr>
            <w:tcW w:type="dxa" w:w="1502"/>
            <w:vAlign w:val="center"/>
          </w:tcPr>
          <w:p>
            <w:pPr>
              <w:spacing w:before="0" w:after="0" w:line="240" w:lineRule="auto"/>
              <w:jc w:val="right"/>
            </w:pPr>
            <w:r/>
            <w:r>
              <w:rPr>
                <w:b/>
                <w:sz w:val="19"/>
              </w:rPr>
              <w:t>10</w:t>
            </w:r>
          </w:p>
        </w:tc>
        <w:tc>
          <w:tcPr>
            <w:tcW w:type="dxa" w:w="1502"/>
            <w:vAlign w:val="center"/>
          </w:tcPr>
          <w:p>
            <w:pPr>
              <w:spacing w:before="0" w:after="0" w:line="240" w:lineRule="auto"/>
              <w:jc w:val="right"/>
            </w:pPr>
            <w:r/>
            <w:r>
              <w:rPr>
                <w:b/>
                <w:sz w:val="19"/>
              </w:rPr>
              <w:t>11</w:t>
            </w:r>
          </w:p>
        </w:tc>
        <w:tc>
          <w:tcPr>
            <w:tcW w:type="dxa" w:w="1502"/>
            <w:vAlign w:val="center"/>
          </w:tcPr>
          <w:p>
            <w:pPr>
              <w:spacing w:before="0" w:after="0" w:line="240" w:lineRule="auto"/>
              <w:jc w:val="right"/>
            </w:pPr>
            <w:r/>
            <w:r>
              <w:rPr>
                <w:b/>
                <w:sz w:val="19"/>
              </w:rPr>
              <w:t>12</w:t>
            </w:r>
          </w:p>
        </w:tc>
      </w:tr>
      <w:tr>
        <w:trPr>
          <w:trHeight w:val="302" w:hRule="exact"/>
        </w:trPr>
        <w:tc>
          <w:tcPr>
            <w:tcW w:type="dxa" w:w="1502"/>
            <w:vAlign w:val="center"/>
          </w:tcPr>
          <w:p>
            <w:pPr>
              <w:spacing w:before="0" w:after="0" w:line="240" w:lineRule="auto"/>
              <w:jc w:val="right"/>
            </w:pPr>
            <w:r/>
            <w:r>
              <w:rPr>
                <w:b/>
                <w:sz w:val="19"/>
              </w:rPr>
              <w:t>13</w:t>
            </w:r>
          </w:p>
        </w:tc>
        <w:tc>
          <w:tcPr>
            <w:tcW w:type="dxa" w:w="1502"/>
            <w:vAlign w:val="center"/>
          </w:tcPr>
          <w:p>
            <w:pPr>
              <w:spacing w:before="0" w:after="0" w:line="240" w:lineRule="auto"/>
              <w:jc w:val="right"/>
            </w:pPr>
            <w:r/>
            <w:r>
              <w:rPr>
                <w:b/>
                <w:sz w:val="19"/>
              </w:rPr>
              <w:t>14</w:t>
            </w:r>
          </w:p>
        </w:tc>
        <w:tc>
          <w:tcPr>
            <w:tcW w:type="dxa" w:w="1502"/>
            <w:vAlign w:val="center"/>
          </w:tcPr>
          <w:p>
            <w:pPr>
              <w:spacing w:before="0" w:after="0" w:line="240" w:lineRule="auto"/>
              <w:jc w:val="right"/>
            </w:pPr>
            <w:r/>
            <w:r>
              <w:rPr>
                <w:b/>
                <w:sz w:val="19"/>
              </w:rPr>
              <w:t>15</w:t>
            </w:r>
          </w:p>
        </w:tc>
        <w:tc>
          <w:tcPr>
            <w:tcW w:type="dxa" w:w="1502"/>
            <w:vAlign w:val="center"/>
          </w:tcPr>
          <w:p>
            <w:pPr>
              <w:spacing w:before="0" w:after="0" w:line="240" w:lineRule="auto"/>
              <w:jc w:val="right"/>
            </w:pPr>
            <w:r/>
            <w:r>
              <w:rPr>
                <w:b/>
                <w:sz w:val="19"/>
              </w:rPr>
              <w:t>16</w:t>
            </w:r>
          </w:p>
        </w:tc>
        <w:tc>
          <w:tcPr>
            <w:tcW w:type="dxa" w:w="1502"/>
            <w:vAlign w:val="center"/>
          </w:tcPr>
          <w:p>
            <w:pPr>
              <w:spacing w:before="0" w:after="0" w:line="240" w:lineRule="auto"/>
              <w:jc w:val="right"/>
            </w:pPr>
            <w:r/>
            <w:r>
              <w:rPr>
                <w:b/>
                <w:sz w:val="19"/>
              </w:rPr>
              <w:t>17</w:t>
            </w:r>
          </w:p>
        </w:tc>
        <w:tc>
          <w:tcPr>
            <w:tcW w:type="dxa" w:w="1502"/>
            <w:vAlign w:val="center"/>
          </w:tcPr>
          <w:p>
            <w:pPr>
              <w:spacing w:before="0" w:after="0" w:line="240" w:lineRule="auto"/>
              <w:jc w:val="right"/>
            </w:pPr>
            <w:r/>
            <w:r>
              <w:rPr>
                <w:b/>
                <w:sz w:val="19"/>
              </w:rPr>
              <w:t>18</w:t>
            </w:r>
          </w:p>
        </w:tc>
        <w:tc>
          <w:tcPr>
            <w:tcW w:type="dxa" w:w="1502"/>
            <w:vAlign w:val="center"/>
          </w:tcPr>
          <w:p>
            <w:pPr>
              <w:spacing w:before="0" w:after="0" w:line="240" w:lineRule="auto"/>
              <w:jc w:val="right"/>
            </w:pPr>
            <w:r/>
            <w:r>
              <w:rPr>
                <w:b/>
                <w:sz w:val="19"/>
              </w:rPr>
              <w:t>19</w:t>
            </w:r>
          </w:p>
        </w:tc>
      </w:tr>
      <w:tr>
        <w:trPr>
          <w:trHeight w:val="302" w:hRule="exact"/>
        </w:trPr>
        <w:tc>
          <w:tcPr>
            <w:tcW w:type="dxa" w:w="1502"/>
            <w:vAlign w:val="center"/>
          </w:tcPr>
          <w:p>
            <w:pPr>
              <w:spacing w:before="0" w:after="0" w:line="240" w:lineRule="auto"/>
              <w:jc w:val="right"/>
            </w:pPr>
            <w:r/>
            <w:r>
              <w:rPr>
                <w:b/>
                <w:sz w:val="19"/>
              </w:rPr>
              <w:t>20</w:t>
            </w:r>
          </w:p>
        </w:tc>
        <w:tc>
          <w:tcPr>
            <w:tcW w:type="dxa" w:w="1502"/>
            <w:vAlign w:val="center"/>
          </w:tcPr>
          <w:p>
            <w:pPr>
              <w:spacing w:before="0" w:after="0" w:line="240" w:lineRule="auto"/>
              <w:jc w:val="right"/>
            </w:pPr>
            <w:r/>
            <w:r>
              <w:rPr>
                <w:b/>
                <w:sz w:val="19"/>
              </w:rPr>
              <w:t>21</w:t>
            </w:r>
          </w:p>
        </w:tc>
        <w:tc>
          <w:tcPr>
            <w:tcW w:type="dxa" w:w="1502"/>
            <w:vAlign w:val="center"/>
          </w:tcPr>
          <w:p>
            <w:pPr>
              <w:spacing w:before="0" w:after="0" w:line="240" w:lineRule="auto"/>
              <w:jc w:val="right"/>
            </w:pPr>
            <w:r/>
            <w:r>
              <w:rPr>
                <w:b/>
                <w:sz w:val="19"/>
              </w:rPr>
              <w:t>22</w:t>
            </w:r>
          </w:p>
        </w:tc>
        <w:tc>
          <w:tcPr>
            <w:tcW w:type="dxa" w:w="1502"/>
            <w:vAlign w:val="center"/>
          </w:tcPr>
          <w:p>
            <w:pPr>
              <w:spacing w:before="0" w:after="0" w:line="240" w:lineRule="auto"/>
              <w:jc w:val="right"/>
            </w:pPr>
            <w:r/>
            <w:r>
              <w:rPr>
                <w:b/>
                <w:sz w:val="19"/>
              </w:rPr>
              <w:t>23</w:t>
            </w:r>
          </w:p>
        </w:tc>
        <w:tc>
          <w:tcPr>
            <w:tcW w:type="dxa" w:w="1502"/>
            <w:vAlign w:val="center"/>
          </w:tcPr>
          <w:p>
            <w:pPr>
              <w:spacing w:before="0" w:after="0" w:line="240" w:lineRule="auto"/>
              <w:jc w:val="right"/>
            </w:pPr>
            <w:r/>
            <w:r>
              <w:rPr>
                <w:b/>
                <w:sz w:val="19"/>
              </w:rPr>
              <w:t>24</w:t>
            </w:r>
          </w:p>
        </w:tc>
        <w:tc>
          <w:tcPr>
            <w:tcW w:type="dxa" w:w="1502"/>
            <w:vAlign w:val="center"/>
          </w:tcPr>
          <w:p>
            <w:pPr>
              <w:spacing w:before="0" w:after="0" w:line="240" w:lineRule="auto"/>
              <w:jc w:val="right"/>
            </w:pPr>
            <w:r/>
            <w:r>
              <w:rPr>
                <w:b/>
                <w:sz w:val="19"/>
              </w:rPr>
              <w:t>25</w:t>
            </w:r>
          </w:p>
        </w:tc>
        <w:tc>
          <w:tcPr>
            <w:tcW w:type="dxa" w:w="1502"/>
            <w:vAlign w:val="center"/>
          </w:tcPr>
          <w:p>
            <w:pPr>
              <w:spacing w:before="0" w:after="0" w:line="240" w:lineRule="auto"/>
              <w:jc w:val="right"/>
            </w:pPr>
            <w:r/>
            <w:r>
              <w:rPr>
                <w:b/>
                <w:sz w:val="19"/>
              </w:rPr>
              <w:t>26</w:t>
            </w:r>
          </w:p>
        </w:tc>
      </w:tr>
      <w:tr>
        <w:trPr>
          <w:trHeight w:val="302" w:hRule="exact"/>
        </w:trPr>
        <w:tc>
          <w:tcPr>
            <w:tcW w:type="dxa" w:w="1502"/>
            <w:vAlign w:val="center"/>
          </w:tcPr>
          <w:p>
            <w:pPr>
              <w:spacing w:before="0" w:after="0" w:line="240" w:lineRule="auto"/>
              <w:jc w:val="right"/>
            </w:pPr>
            <w:r/>
            <w:r>
              <w:rPr>
                <w:b/>
                <w:sz w:val="19"/>
              </w:rPr>
              <w:t>27</w:t>
            </w:r>
          </w:p>
        </w:tc>
        <w:tc>
          <w:tcPr>
            <w:tcW w:type="dxa" w:w="1502"/>
            <w:vAlign w:val="center"/>
          </w:tcPr>
          <w:p>
            <w:pPr>
              <w:spacing w:before="0" w:after="0" w:line="240" w:lineRule="auto"/>
              <w:jc w:val="right"/>
            </w:pPr>
            <w:r/>
            <w:r>
              <w:rPr>
                <w:b/>
                <w:sz w:val="19"/>
              </w:rPr>
              <w:t>28</w:t>
            </w:r>
          </w:p>
        </w:tc>
        <w:tc>
          <w:tcPr>
            <w:tcW w:type="dxa" w:w="1502"/>
            <w:vAlign w:val="center"/>
          </w:tcPr>
          <w:p>
            <w:pPr>
              <w:spacing w:before="0" w:after="0" w:line="240" w:lineRule="auto"/>
              <w:jc w:val="right"/>
            </w:pPr>
            <w:r/>
            <w:r>
              <w:rPr>
                <w:b/>
                <w:sz w:val="19"/>
              </w:rPr>
              <w:t>29</w:t>
            </w:r>
          </w:p>
        </w:tc>
        <w:tc>
          <w:tcPr>
            <w:tcW w:type="dxa" w:w="1502"/>
            <w:vAlign w:val="center"/>
          </w:tcPr>
          <w:p>
            <w:pPr>
              <w:spacing w:before="0" w:after="0" w:line="240" w:lineRule="auto"/>
              <w:jc w:val="right"/>
            </w:pPr>
            <w:r/>
            <w:r>
              <w:rPr>
                <w:b/>
                <w:sz w:val="19"/>
              </w:rPr>
              <w:t>30</w:t>
            </w:r>
          </w:p>
        </w:tc>
        <w:tc>
          <w:tcPr>
            <w:tcW w:type="dxa" w:w="1502"/>
            <w:vAlign w:val="center"/>
          </w:tcPr>
          <w:p>
            <w:pPr>
              <w:spacing w:before="0" w:after="0" w:line="240" w:lineRule="auto"/>
              <w:jc w:val="right"/>
            </w:pPr>
            <w:r/>
            <w:r>
              <w:rPr>
                <w:b/>
                <w:sz w:val="19"/>
              </w:rPr>
            </w:r>
          </w:p>
        </w:tc>
        <w:tc>
          <w:tcPr>
            <w:tcW w:type="dxa" w:w="1502"/>
            <w:vAlign w:val="center"/>
          </w:tcPr>
          <w:p>
            <w:pPr>
              <w:spacing w:before="0" w:after="0" w:line="240" w:lineRule="auto"/>
              <w:jc w:val="right"/>
            </w:pPr>
            <w:r/>
            <w:r>
              <w:rPr>
                <w:b/>
                <w:sz w:val="19"/>
              </w:rPr>
            </w:r>
          </w:p>
        </w:tc>
        <w:tc>
          <w:tcPr>
            <w:tcW w:type="dxa" w:w="1502"/>
            <w:vAlign w:val="center"/>
          </w:tcPr>
          <w:p>
            <w:pPr>
              <w:spacing w:before="0" w:after="0" w:line="240" w:lineRule="auto"/>
              <w:jc w:val="right"/>
            </w:pPr>
            <w:r/>
            <w:r>
              <w:rPr>
                <w:b/>
                <w:sz w:val="19"/>
              </w:rPr>
            </w:r>
          </w:p>
        </w:tc>
      </w:tr>
      <w:tr>
        <w:trPr>
          <w:trHeight w:val="302" w:hRule="exact"/>
        </w:trPr>
        <w:tc>
          <w:tcPr>
            <w:tcW w:type="dxa" w:w="1502"/>
            <w:vAlign w:val="center"/>
          </w:tcPr>
          <w:p>
            <w:pPr>
              <w:spacing w:before="0" w:after="0" w:line="240" w:lineRule="auto"/>
              <w:jc w:val="right"/>
            </w:pPr>
            <w:r/>
            <w:r>
              <w:rPr>
                <w:b/>
                <w:sz w:val="19"/>
              </w:rPr>
            </w:r>
          </w:p>
        </w:tc>
        <w:tc>
          <w:tcPr>
            <w:tcW w:type="dxa" w:w="1502"/>
            <w:vAlign w:val="center"/>
          </w:tcPr>
          <w:p>
            <w:pPr>
              <w:spacing w:before="0" w:after="0" w:line="240" w:lineRule="auto"/>
              <w:jc w:val="right"/>
            </w:pPr>
            <w:r/>
            <w:r>
              <w:rPr>
                <w:b/>
                <w:sz w:val="19"/>
              </w:rPr>
            </w:r>
          </w:p>
        </w:tc>
        <w:tc>
          <w:tcPr>
            <w:tcW w:type="dxa" w:w="1502"/>
            <w:vAlign w:val="center"/>
          </w:tcPr>
          <w:p>
            <w:pPr>
              <w:spacing w:before="0" w:after="0" w:line="240" w:lineRule="auto"/>
              <w:jc w:val="right"/>
            </w:pPr>
            <w:r/>
            <w:r>
              <w:rPr>
                <w:b/>
                <w:sz w:val="19"/>
              </w:rPr>
            </w:r>
          </w:p>
        </w:tc>
        <w:tc>
          <w:tcPr>
            <w:tcW w:type="dxa" w:w="1502"/>
            <w:vAlign w:val="center"/>
          </w:tcPr>
          <w:p>
            <w:pPr>
              <w:spacing w:before="0" w:after="0" w:line="240" w:lineRule="auto"/>
              <w:jc w:val="right"/>
            </w:pPr>
            <w:r/>
            <w:r>
              <w:rPr>
                <w:b/>
                <w:sz w:val="19"/>
              </w:rPr>
            </w:r>
          </w:p>
        </w:tc>
        <w:tc>
          <w:tcPr>
            <w:tcW w:type="dxa" w:w="1502"/>
            <w:vAlign w:val="center"/>
          </w:tcPr>
          <w:p>
            <w:pPr>
              <w:spacing w:before="0" w:after="0" w:line="240" w:lineRule="auto"/>
              <w:jc w:val="right"/>
            </w:pPr>
            <w:r/>
            <w:r>
              <w:rPr>
                <w:b/>
                <w:sz w:val="19"/>
              </w:rPr>
            </w:r>
          </w:p>
        </w:tc>
        <w:tc>
          <w:tcPr>
            <w:tcW w:type="dxa" w:w="1502"/>
            <w:vAlign w:val="center"/>
          </w:tcPr>
          <w:p>
            <w:pPr>
              <w:spacing w:before="0" w:after="0" w:line="240" w:lineRule="auto"/>
              <w:jc w:val="right"/>
            </w:pPr>
            <w:r/>
            <w:r>
              <w:rPr>
                <w:b/>
                <w:sz w:val="19"/>
              </w:rPr>
            </w:r>
          </w:p>
        </w:tc>
        <w:tc>
          <w:tcPr>
            <w:tcW w:type="dxa" w:w="1502"/>
            <w:vAlign w:val="center"/>
          </w:tcPr>
          <w:p>
            <w:pPr>
              <w:spacing w:before="0" w:after="0" w:line="240" w:lineRule="auto"/>
              <w:jc w:val="right"/>
            </w:pPr>
            <w:r/>
            <w:r>
              <w:rPr>
                <w:b/>
                <w:sz w:val="19"/>
              </w:rPr>
            </w:r>
          </w:p>
        </w:tc>
      </w:tr>
    </w:tbl>
    <w:p>
      <w:pPr>
        <w:spacing w:before="200" w:after="0"/>
      </w:pPr>
      <w:r>
        <w:rPr>
          <w:sz w:val="18"/>
        </w:rPr>
        <w:t>State law requires that a parent teacher conducting a home school must comply with the following requirements:</w:t>
      </w:r>
    </w:p>
    <w:p>
      <w:pPr>
        <w:spacing w:after="0"/>
        <w:ind w:left="216"/>
      </w:pPr>
      <w:r>
        <w:rPr>
          <w:sz w:val="18"/>
        </w:rPr>
        <w:t>(1) Maintenance of attendance records, subject to inspection by local director of schools, and submission of those records to the director of schools at the end of the school year.</w:t>
      </w:r>
    </w:p>
    <w:p>
      <w:pPr>
        <w:spacing w:after="0"/>
        <w:ind w:left="216"/>
      </w:pPr>
      <w:r>
        <w:rPr>
          <w:sz w:val="18"/>
        </w:rPr>
        <w:t>(2) Instruction for at least four (4) hours per day for 180 instructional days.</w:t>
      </w:r>
    </w:p>
    <w:sectPr w:rsidR="00FC693F" w:rsidRPr="0006063C" w:rsidSect="00034616">
      <w:pgSz w:w="12240" w:h="15840"/>
      <w:pgMar w:top="648" w:right="648" w:bottom="648" w:left="64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